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5184"/>
        <w:gridCol w:w="5184"/>
      </w:tblGrid>
      <w:tr w:rsidR="0023199C" w:rsidRPr="00206FCE" w14:paraId="492D8E53" w14:textId="77777777">
        <w:trPr>
          <w:cantSplit/>
          <w:jc w:val="center"/>
        </w:trPr>
        <w:tc>
          <w:tcPr>
            <w:tcW w:w="5184" w:type="dxa"/>
            <w:vAlign w:val="center"/>
          </w:tcPr>
          <w:p w14:paraId="2323F00C" w14:textId="548EB40B" w:rsidR="0023199C" w:rsidRPr="00206FCE" w:rsidRDefault="0023199C" w:rsidP="00857298">
            <w:pPr>
              <w:rPr>
                <w:lang w:val="en-GB"/>
              </w:rPr>
            </w:pPr>
          </w:p>
        </w:tc>
        <w:tc>
          <w:tcPr>
            <w:tcW w:w="5184" w:type="dxa"/>
            <w:vAlign w:val="center"/>
          </w:tcPr>
          <w:p w14:paraId="34BCC710" w14:textId="60F6E1E0" w:rsidR="0023199C" w:rsidRPr="00206FCE" w:rsidRDefault="0023199C" w:rsidP="00857298">
            <w:pPr>
              <w:jc w:val="right"/>
              <w:rPr>
                <w:lang w:val="en-GB"/>
              </w:rPr>
            </w:pPr>
          </w:p>
        </w:tc>
      </w:tr>
    </w:tbl>
    <w:p w14:paraId="73B9D400" w14:textId="77777777" w:rsidR="0023199C" w:rsidRPr="00206FCE" w:rsidRDefault="00864649" w:rsidP="00857298">
      <w:pPr>
        <w:jc w:val="center"/>
        <w:rPr>
          <w:sz w:val="32"/>
          <w:szCs w:val="32"/>
          <w:lang w:val="en-GB"/>
        </w:rPr>
      </w:pPr>
      <w:r w:rsidRPr="00206FCE">
        <w:rPr>
          <w:b/>
          <w:sz w:val="32"/>
          <w:szCs w:val="32"/>
          <w:lang w:val="en-GB"/>
        </w:rPr>
        <w:t>Inspiring Futures Partnership Trust</w:t>
      </w:r>
    </w:p>
    <w:p w14:paraId="3B06F9A3" w14:textId="77777777" w:rsidR="0023199C" w:rsidRPr="00206FCE" w:rsidRDefault="00864649" w:rsidP="00857298">
      <w:pPr>
        <w:rPr>
          <w:sz w:val="24"/>
          <w:szCs w:val="24"/>
          <w:lang w:val="en-GB"/>
        </w:rPr>
      </w:pPr>
      <w:r w:rsidRPr="00206FCE">
        <w:rPr>
          <w:b/>
          <w:sz w:val="24"/>
          <w:szCs w:val="24"/>
          <w:lang w:val="en-GB"/>
        </w:rPr>
        <w:t xml:space="preserve">Thank you for your interest in volunteering with one of our Academies. </w:t>
      </w:r>
      <w:r w:rsidRPr="00206FCE">
        <w:rPr>
          <w:sz w:val="24"/>
          <w:szCs w:val="24"/>
          <w:lang w:val="en-GB"/>
        </w:rPr>
        <w:t>The information on this form helps us assess your suitability, arrange appropriate safeguarding checks and make the best use of your time and skills. Please complete all sections that apply to you.</w:t>
      </w:r>
    </w:p>
    <w:tbl>
      <w:tblPr>
        <w:tblW w:w="0" w:type="auto"/>
        <w:jc w:val="center"/>
        <w:tblLook w:val="04A0" w:firstRow="1" w:lastRow="0" w:firstColumn="1" w:lastColumn="0" w:noHBand="0" w:noVBand="1"/>
      </w:tblPr>
      <w:tblGrid>
        <w:gridCol w:w="10368"/>
      </w:tblGrid>
      <w:tr w:rsidR="0023199C" w:rsidRPr="00206FCE" w14:paraId="467AAADC" w14:textId="77777777">
        <w:trPr>
          <w:cantSplit/>
          <w:jc w:val="center"/>
        </w:trPr>
        <w:tc>
          <w:tcPr>
            <w:tcW w:w="10368" w:type="dxa"/>
            <w:shd w:val="clear" w:color="auto" w:fill="1F4E79"/>
            <w:tcMar>
              <w:top w:w="100" w:type="dxa"/>
              <w:left w:w="130" w:type="dxa"/>
              <w:bottom w:w="100" w:type="dxa"/>
              <w:right w:w="130" w:type="dxa"/>
            </w:tcMar>
            <w:vAlign w:val="center"/>
          </w:tcPr>
          <w:p w14:paraId="15A3C2F3" w14:textId="77777777" w:rsidR="0023199C" w:rsidRPr="00206FCE" w:rsidRDefault="00864649" w:rsidP="003D5A21">
            <w:pPr>
              <w:pStyle w:val="Heading1"/>
              <w:rPr>
                <w:lang w:val="en-GB"/>
              </w:rPr>
            </w:pPr>
            <w:r w:rsidRPr="00206FCE">
              <w:rPr>
                <w:lang w:val="en-GB"/>
              </w:rPr>
              <w:t>1. VOLUNTEER PLACEMENT</w:t>
            </w:r>
          </w:p>
        </w:tc>
      </w:tr>
    </w:tbl>
    <w:tbl>
      <w:tblPr>
        <w:tblStyle w:val="TableGrid"/>
        <w:tblW w:w="0" w:type="auto"/>
        <w:jc w:val="center"/>
        <w:tblLook w:val="04A0" w:firstRow="1" w:lastRow="0" w:firstColumn="1" w:lastColumn="0" w:noHBand="0" w:noVBand="1"/>
      </w:tblPr>
      <w:tblGrid>
        <w:gridCol w:w="2934"/>
        <w:gridCol w:w="7335"/>
      </w:tblGrid>
      <w:tr w:rsidR="0023199C" w:rsidRPr="00206FCE" w14:paraId="084F615D" w14:textId="77777777" w:rsidTr="00857298">
        <w:trPr>
          <w:cantSplit/>
          <w:trHeight w:val="252"/>
          <w:jc w:val="center"/>
        </w:trPr>
        <w:tc>
          <w:tcPr>
            <w:tcW w:w="2934" w:type="dxa"/>
            <w:tcMar>
              <w:top w:w="80" w:type="dxa"/>
              <w:left w:w="100" w:type="dxa"/>
              <w:bottom w:w="80" w:type="dxa"/>
              <w:right w:w="100" w:type="dxa"/>
            </w:tcMar>
            <w:vAlign w:val="center"/>
          </w:tcPr>
          <w:p w14:paraId="0441AA88" w14:textId="77777777" w:rsidR="0023199C" w:rsidRPr="00206FCE" w:rsidRDefault="00864649" w:rsidP="00857298">
            <w:pPr>
              <w:spacing w:after="0"/>
              <w:ind w:left="-451" w:firstLine="567"/>
              <w:rPr>
                <w:sz w:val="24"/>
                <w:szCs w:val="24"/>
                <w:lang w:val="en-GB"/>
              </w:rPr>
            </w:pPr>
            <w:r w:rsidRPr="00206FCE">
              <w:rPr>
                <w:b/>
                <w:sz w:val="24"/>
                <w:szCs w:val="24"/>
                <w:lang w:val="en-GB"/>
              </w:rPr>
              <w:t>Academy:</w:t>
            </w:r>
          </w:p>
        </w:tc>
        <w:tc>
          <w:tcPr>
            <w:tcW w:w="7335" w:type="dxa"/>
            <w:tcMar>
              <w:top w:w="80" w:type="dxa"/>
              <w:left w:w="100" w:type="dxa"/>
              <w:bottom w:w="80" w:type="dxa"/>
              <w:right w:w="100" w:type="dxa"/>
            </w:tcMar>
            <w:vAlign w:val="center"/>
          </w:tcPr>
          <w:p w14:paraId="6637DE13" w14:textId="77777777" w:rsidR="0023199C" w:rsidRPr="00206FCE" w:rsidRDefault="00864649" w:rsidP="00857298">
            <w:pPr>
              <w:spacing w:after="0"/>
              <w:rPr>
                <w:sz w:val="24"/>
                <w:szCs w:val="24"/>
                <w:lang w:val="en-GB"/>
              </w:rPr>
            </w:pPr>
            <w:r w:rsidRPr="00206FCE">
              <w:rPr>
                <w:sz w:val="24"/>
                <w:szCs w:val="24"/>
                <w:lang w:val="en-GB"/>
              </w:rPr>
              <w:t>☐ CVPA    ☐ AVPA    ☐ KVPA    ☐ OVPA</w:t>
            </w:r>
          </w:p>
        </w:tc>
      </w:tr>
      <w:tr w:rsidR="0023199C" w:rsidRPr="00206FCE" w14:paraId="04F06EA2" w14:textId="77777777" w:rsidTr="00857298">
        <w:trPr>
          <w:cantSplit/>
          <w:trHeight w:val="488"/>
          <w:jc w:val="center"/>
        </w:trPr>
        <w:tc>
          <w:tcPr>
            <w:tcW w:w="2934" w:type="dxa"/>
            <w:tcMar>
              <w:top w:w="80" w:type="dxa"/>
              <w:left w:w="100" w:type="dxa"/>
              <w:bottom w:w="80" w:type="dxa"/>
              <w:right w:w="100" w:type="dxa"/>
            </w:tcMar>
            <w:vAlign w:val="center"/>
          </w:tcPr>
          <w:p w14:paraId="6856D3D2" w14:textId="77777777" w:rsidR="0023199C" w:rsidRPr="00206FCE" w:rsidRDefault="00864649" w:rsidP="00857298">
            <w:pPr>
              <w:spacing w:after="0"/>
              <w:rPr>
                <w:sz w:val="24"/>
                <w:szCs w:val="24"/>
                <w:lang w:val="en-GB"/>
              </w:rPr>
            </w:pPr>
            <w:r w:rsidRPr="00206FCE">
              <w:rPr>
                <w:b/>
                <w:sz w:val="24"/>
                <w:szCs w:val="24"/>
                <w:lang w:val="en-GB"/>
              </w:rPr>
              <w:t>Staff contact / person who has agreed the placement:</w:t>
            </w:r>
          </w:p>
        </w:tc>
        <w:tc>
          <w:tcPr>
            <w:tcW w:w="7335" w:type="dxa"/>
            <w:tcMar>
              <w:top w:w="80" w:type="dxa"/>
              <w:left w:w="100" w:type="dxa"/>
              <w:bottom w:w="80" w:type="dxa"/>
              <w:right w:w="100" w:type="dxa"/>
            </w:tcMar>
            <w:vAlign w:val="center"/>
          </w:tcPr>
          <w:p w14:paraId="6609117A" w14:textId="72FB0537" w:rsidR="0023199C" w:rsidRPr="00206FCE" w:rsidRDefault="0023199C" w:rsidP="00857298">
            <w:pPr>
              <w:spacing w:after="0"/>
              <w:rPr>
                <w:sz w:val="24"/>
                <w:szCs w:val="24"/>
                <w:lang w:val="en-GB"/>
              </w:rPr>
            </w:pPr>
          </w:p>
        </w:tc>
      </w:tr>
      <w:tr w:rsidR="0023199C" w:rsidRPr="00206FCE" w14:paraId="40B56490" w14:textId="77777777" w:rsidTr="00857298">
        <w:trPr>
          <w:cantSplit/>
          <w:trHeight w:val="488"/>
          <w:jc w:val="center"/>
        </w:trPr>
        <w:tc>
          <w:tcPr>
            <w:tcW w:w="2934" w:type="dxa"/>
            <w:tcMar>
              <w:top w:w="80" w:type="dxa"/>
              <w:left w:w="100" w:type="dxa"/>
              <w:bottom w:w="80" w:type="dxa"/>
              <w:right w:w="100" w:type="dxa"/>
            </w:tcMar>
            <w:vAlign w:val="center"/>
          </w:tcPr>
          <w:p w14:paraId="16D0F341" w14:textId="77777777" w:rsidR="0023199C" w:rsidRPr="00206FCE" w:rsidRDefault="00864649" w:rsidP="00857298">
            <w:pPr>
              <w:spacing w:after="0"/>
              <w:rPr>
                <w:sz w:val="24"/>
                <w:szCs w:val="24"/>
                <w:lang w:val="en-GB"/>
              </w:rPr>
            </w:pPr>
            <w:r w:rsidRPr="00206FCE">
              <w:rPr>
                <w:b/>
                <w:sz w:val="24"/>
                <w:szCs w:val="24"/>
                <w:lang w:val="en-GB"/>
              </w:rPr>
              <w:t>Preferred year group / class / area (if known):</w:t>
            </w:r>
          </w:p>
        </w:tc>
        <w:tc>
          <w:tcPr>
            <w:tcW w:w="7335" w:type="dxa"/>
            <w:tcMar>
              <w:top w:w="80" w:type="dxa"/>
              <w:left w:w="100" w:type="dxa"/>
              <w:bottom w:w="80" w:type="dxa"/>
              <w:right w:w="100" w:type="dxa"/>
            </w:tcMar>
            <w:vAlign w:val="center"/>
          </w:tcPr>
          <w:p w14:paraId="6910B324" w14:textId="0E0BBA69" w:rsidR="0023199C" w:rsidRPr="00206FCE" w:rsidRDefault="0023199C" w:rsidP="00857298">
            <w:pPr>
              <w:spacing w:after="0"/>
              <w:rPr>
                <w:sz w:val="24"/>
                <w:szCs w:val="24"/>
                <w:lang w:val="en-GB"/>
              </w:rPr>
            </w:pPr>
          </w:p>
        </w:tc>
      </w:tr>
      <w:tr w:rsidR="0023199C" w:rsidRPr="00206FCE" w14:paraId="21F45420" w14:textId="77777777" w:rsidTr="00857298">
        <w:trPr>
          <w:cantSplit/>
          <w:trHeight w:val="741"/>
          <w:jc w:val="center"/>
        </w:trPr>
        <w:tc>
          <w:tcPr>
            <w:tcW w:w="2934" w:type="dxa"/>
            <w:tcMar>
              <w:top w:w="80" w:type="dxa"/>
              <w:left w:w="100" w:type="dxa"/>
              <w:bottom w:w="80" w:type="dxa"/>
              <w:right w:w="100" w:type="dxa"/>
            </w:tcMar>
            <w:vAlign w:val="center"/>
          </w:tcPr>
          <w:p w14:paraId="09DFC527" w14:textId="77777777" w:rsidR="0023199C" w:rsidRPr="00206FCE" w:rsidRDefault="00864649" w:rsidP="00857298">
            <w:pPr>
              <w:spacing w:after="0"/>
              <w:rPr>
                <w:sz w:val="24"/>
                <w:szCs w:val="24"/>
                <w:lang w:val="en-GB"/>
              </w:rPr>
            </w:pPr>
            <w:r w:rsidRPr="00206FCE">
              <w:rPr>
                <w:b/>
                <w:sz w:val="24"/>
                <w:szCs w:val="24"/>
                <w:lang w:val="en-GB"/>
              </w:rPr>
              <w:t>Name of any child(ren) linked to you at the Academy (if applicable):</w:t>
            </w:r>
          </w:p>
        </w:tc>
        <w:tc>
          <w:tcPr>
            <w:tcW w:w="7335" w:type="dxa"/>
            <w:tcMar>
              <w:top w:w="80" w:type="dxa"/>
              <w:left w:w="100" w:type="dxa"/>
              <w:bottom w:w="80" w:type="dxa"/>
              <w:right w:w="100" w:type="dxa"/>
            </w:tcMar>
            <w:vAlign w:val="center"/>
          </w:tcPr>
          <w:p w14:paraId="689B1EAA" w14:textId="08F3DA56" w:rsidR="0023199C" w:rsidRPr="00206FCE" w:rsidRDefault="0023199C" w:rsidP="00857298">
            <w:pPr>
              <w:spacing w:after="0"/>
              <w:rPr>
                <w:sz w:val="24"/>
                <w:szCs w:val="24"/>
                <w:lang w:val="en-GB"/>
              </w:rPr>
            </w:pPr>
          </w:p>
        </w:tc>
      </w:tr>
      <w:tr w:rsidR="0023199C" w:rsidRPr="00206FCE" w14:paraId="0193CB5F" w14:textId="77777777" w:rsidTr="00857298">
        <w:trPr>
          <w:cantSplit/>
          <w:trHeight w:val="236"/>
          <w:jc w:val="center"/>
        </w:trPr>
        <w:tc>
          <w:tcPr>
            <w:tcW w:w="2934" w:type="dxa"/>
            <w:tcMar>
              <w:top w:w="80" w:type="dxa"/>
              <w:left w:w="100" w:type="dxa"/>
              <w:bottom w:w="80" w:type="dxa"/>
              <w:right w:w="100" w:type="dxa"/>
            </w:tcMar>
            <w:vAlign w:val="center"/>
          </w:tcPr>
          <w:p w14:paraId="354C0679" w14:textId="77777777" w:rsidR="0023199C" w:rsidRPr="00206FCE" w:rsidRDefault="00864649" w:rsidP="00857298">
            <w:pPr>
              <w:spacing w:after="0"/>
              <w:rPr>
                <w:sz w:val="24"/>
                <w:szCs w:val="24"/>
                <w:lang w:val="en-GB"/>
              </w:rPr>
            </w:pPr>
            <w:r w:rsidRPr="00206FCE">
              <w:rPr>
                <w:b/>
                <w:sz w:val="24"/>
                <w:szCs w:val="24"/>
                <w:lang w:val="en-GB"/>
              </w:rPr>
              <w:t>Class(es) (if applicable):</w:t>
            </w:r>
          </w:p>
        </w:tc>
        <w:tc>
          <w:tcPr>
            <w:tcW w:w="7335" w:type="dxa"/>
            <w:tcMar>
              <w:top w:w="80" w:type="dxa"/>
              <w:left w:w="100" w:type="dxa"/>
              <w:bottom w:w="80" w:type="dxa"/>
              <w:right w:w="100" w:type="dxa"/>
            </w:tcMar>
            <w:vAlign w:val="center"/>
          </w:tcPr>
          <w:p w14:paraId="40A1284C" w14:textId="2303FC3A" w:rsidR="0023199C" w:rsidRPr="00206FCE" w:rsidRDefault="0023199C" w:rsidP="00857298">
            <w:pPr>
              <w:spacing w:after="0"/>
              <w:rPr>
                <w:sz w:val="24"/>
                <w:szCs w:val="24"/>
                <w:lang w:val="en-GB"/>
              </w:rPr>
            </w:pPr>
          </w:p>
        </w:tc>
      </w:tr>
    </w:tbl>
    <w:p w14:paraId="1DEDB43C" w14:textId="77777777" w:rsidR="0023199C" w:rsidRPr="00206FCE" w:rsidRDefault="0023199C" w:rsidP="00857298">
      <w:pPr>
        <w:rPr>
          <w:sz w:val="24"/>
          <w:szCs w:val="24"/>
          <w:lang w:val="en-GB"/>
        </w:rPr>
      </w:pPr>
    </w:p>
    <w:tbl>
      <w:tblPr>
        <w:tblW w:w="0" w:type="auto"/>
        <w:jc w:val="center"/>
        <w:tblLook w:val="04A0" w:firstRow="1" w:lastRow="0" w:firstColumn="1" w:lastColumn="0" w:noHBand="0" w:noVBand="1"/>
      </w:tblPr>
      <w:tblGrid>
        <w:gridCol w:w="10368"/>
      </w:tblGrid>
      <w:tr w:rsidR="0023199C" w:rsidRPr="00206FCE" w14:paraId="76A7BA5D" w14:textId="77777777">
        <w:trPr>
          <w:cantSplit/>
          <w:jc w:val="center"/>
        </w:trPr>
        <w:tc>
          <w:tcPr>
            <w:tcW w:w="10368" w:type="dxa"/>
            <w:shd w:val="clear" w:color="auto" w:fill="1F4E79"/>
            <w:tcMar>
              <w:top w:w="100" w:type="dxa"/>
              <w:left w:w="130" w:type="dxa"/>
              <w:bottom w:w="100" w:type="dxa"/>
              <w:right w:w="130" w:type="dxa"/>
            </w:tcMar>
            <w:vAlign w:val="center"/>
          </w:tcPr>
          <w:p w14:paraId="43282888" w14:textId="77777777" w:rsidR="0023199C" w:rsidRPr="00206FCE" w:rsidRDefault="00864649" w:rsidP="003D5A21">
            <w:pPr>
              <w:pStyle w:val="Heading1"/>
              <w:rPr>
                <w:lang w:val="en-GB"/>
              </w:rPr>
            </w:pPr>
            <w:r w:rsidRPr="00206FCE">
              <w:rPr>
                <w:lang w:val="en-GB"/>
              </w:rPr>
              <w:t>2. YOUR DETAILS</w:t>
            </w:r>
          </w:p>
        </w:tc>
      </w:tr>
    </w:tbl>
    <w:tbl>
      <w:tblPr>
        <w:tblStyle w:val="TableGrid"/>
        <w:tblW w:w="0" w:type="auto"/>
        <w:jc w:val="center"/>
        <w:tblLook w:val="04A0" w:firstRow="1" w:lastRow="0" w:firstColumn="1" w:lastColumn="0" w:noHBand="0" w:noVBand="1"/>
      </w:tblPr>
      <w:tblGrid>
        <w:gridCol w:w="2921"/>
        <w:gridCol w:w="7303"/>
      </w:tblGrid>
      <w:tr w:rsidR="0023199C" w:rsidRPr="00206FCE" w14:paraId="7AF858C9" w14:textId="77777777" w:rsidTr="00857298">
        <w:trPr>
          <w:cantSplit/>
          <w:trHeight w:val="261"/>
          <w:jc w:val="center"/>
        </w:trPr>
        <w:tc>
          <w:tcPr>
            <w:tcW w:w="2921" w:type="dxa"/>
            <w:tcMar>
              <w:top w:w="80" w:type="dxa"/>
              <w:left w:w="100" w:type="dxa"/>
              <w:bottom w:w="80" w:type="dxa"/>
              <w:right w:w="100" w:type="dxa"/>
            </w:tcMar>
            <w:vAlign w:val="center"/>
          </w:tcPr>
          <w:p w14:paraId="361CC862" w14:textId="77777777" w:rsidR="0023199C" w:rsidRPr="00206FCE" w:rsidRDefault="00864649" w:rsidP="00857298">
            <w:pPr>
              <w:spacing w:after="0"/>
              <w:rPr>
                <w:sz w:val="24"/>
                <w:szCs w:val="24"/>
                <w:lang w:val="en-GB"/>
              </w:rPr>
            </w:pPr>
            <w:r w:rsidRPr="00206FCE">
              <w:rPr>
                <w:b/>
                <w:sz w:val="24"/>
                <w:szCs w:val="24"/>
                <w:lang w:val="en-GB"/>
              </w:rPr>
              <w:t>Full name:</w:t>
            </w:r>
          </w:p>
        </w:tc>
        <w:tc>
          <w:tcPr>
            <w:tcW w:w="7303" w:type="dxa"/>
            <w:tcMar>
              <w:top w:w="80" w:type="dxa"/>
              <w:left w:w="100" w:type="dxa"/>
              <w:bottom w:w="80" w:type="dxa"/>
              <w:right w:w="100" w:type="dxa"/>
            </w:tcMar>
            <w:vAlign w:val="center"/>
          </w:tcPr>
          <w:p w14:paraId="0940187E" w14:textId="6AF0109D" w:rsidR="0023199C" w:rsidRPr="00206FCE" w:rsidRDefault="0023199C" w:rsidP="00857298">
            <w:pPr>
              <w:spacing w:after="0"/>
              <w:rPr>
                <w:sz w:val="24"/>
                <w:szCs w:val="24"/>
                <w:lang w:val="en-GB"/>
              </w:rPr>
            </w:pPr>
          </w:p>
        </w:tc>
      </w:tr>
      <w:tr w:rsidR="0023199C" w:rsidRPr="00206FCE" w14:paraId="6108FD13" w14:textId="77777777" w:rsidTr="00857298">
        <w:trPr>
          <w:cantSplit/>
          <w:trHeight w:val="261"/>
          <w:jc w:val="center"/>
        </w:trPr>
        <w:tc>
          <w:tcPr>
            <w:tcW w:w="2921" w:type="dxa"/>
            <w:tcMar>
              <w:top w:w="80" w:type="dxa"/>
              <w:left w:w="100" w:type="dxa"/>
              <w:bottom w:w="80" w:type="dxa"/>
              <w:right w:w="100" w:type="dxa"/>
            </w:tcMar>
            <w:vAlign w:val="center"/>
          </w:tcPr>
          <w:p w14:paraId="78464328" w14:textId="77777777" w:rsidR="0023199C" w:rsidRPr="00206FCE" w:rsidRDefault="00864649" w:rsidP="00857298">
            <w:pPr>
              <w:spacing w:after="0"/>
              <w:rPr>
                <w:b/>
                <w:sz w:val="24"/>
                <w:szCs w:val="24"/>
                <w:lang w:val="en-GB"/>
              </w:rPr>
            </w:pPr>
            <w:r w:rsidRPr="00206FCE">
              <w:rPr>
                <w:b/>
                <w:sz w:val="24"/>
                <w:szCs w:val="24"/>
                <w:lang w:val="en-GB"/>
              </w:rPr>
              <w:t>Any previous names:</w:t>
            </w:r>
          </w:p>
          <w:p w14:paraId="24730E02" w14:textId="6828D13C" w:rsidR="00F24111" w:rsidRPr="00206FCE" w:rsidRDefault="00F24111" w:rsidP="00857298">
            <w:pPr>
              <w:spacing w:after="0"/>
              <w:rPr>
                <w:sz w:val="24"/>
                <w:szCs w:val="24"/>
                <w:lang w:val="en-GB"/>
              </w:rPr>
            </w:pPr>
            <w:r w:rsidRPr="00206FCE">
              <w:rPr>
                <w:b/>
                <w:sz w:val="24"/>
                <w:szCs w:val="24"/>
                <w:lang w:val="en-GB"/>
              </w:rPr>
              <w:t xml:space="preserve">(Evidence will be required) </w:t>
            </w:r>
          </w:p>
        </w:tc>
        <w:tc>
          <w:tcPr>
            <w:tcW w:w="7303" w:type="dxa"/>
            <w:tcMar>
              <w:top w:w="80" w:type="dxa"/>
              <w:left w:w="100" w:type="dxa"/>
              <w:bottom w:w="80" w:type="dxa"/>
              <w:right w:w="100" w:type="dxa"/>
            </w:tcMar>
            <w:vAlign w:val="center"/>
          </w:tcPr>
          <w:p w14:paraId="6CED2749" w14:textId="37CA24DC" w:rsidR="0023199C" w:rsidRPr="00206FCE" w:rsidRDefault="0023199C" w:rsidP="00857298">
            <w:pPr>
              <w:spacing w:after="0"/>
              <w:rPr>
                <w:sz w:val="24"/>
                <w:szCs w:val="24"/>
                <w:lang w:val="en-GB"/>
              </w:rPr>
            </w:pPr>
          </w:p>
        </w:tc>
      </w:tr>
      <w:tr w:rsidR="0023199C" w:rsidRPr="00206FCE" w14:paraId="761EFF0F" w14:textId="77777777" w:rsidTr="00857298">
        <w:trPr>
          <w:cantSplit/>
          <w:trHeight w:val="245"/>
          <w:jc w:val="center"/>
        </w:trPr>
        <w:tc>
          <w:tcPr>
            <w:tcW w:w="2921" w:type="dxa"/>
            <w:tcMar>
              <w:top w:w="80" w:type="dxa"/>
              <w:left w:w="100" w:type="dxa"/>
              <w:bottom w:w="80" w:type="dxa"/>
              <w:right w:w="100" w:type="dxa"/>
            </w:tcMar>
            <w:vAlign w:val="center"/>
          </w:tcPr>
          <w:p w14:paraId="30E1AEED" w14:textId="77777777" w:rsidR="0023199C" w:rsidRPr="00206FCE" w:rsidRDefault="00864649" w:rsidP="00857298">
            <w:pPr>
              <w:spacing w:after="0"/>
              <w:rPr>
                <w:sz w:val="24"/>
                <w:szCs w:val="24"/>
                <w:lang w:val="en-GB"/>
              </w:rPr>
            </w:pPr>
            <w:r w:rsidRPr="00206FCE">
              <w:rPr>
                <w:b/>
                <w:sz w:val="24"/>
                <w:szCs w:val="24"/>
                <w:lang w:val="en-GB"/>
              </w:rPr>
              <w:t>Date of birth:</w:t>
            </w:r>
          </w:p>
        </w:tc>
        <w:tc>
          <w:tcPr>
            <w:tcW w:w="7303" w:type="dxa"/>
            <w:tcMar>
              <w:top w:w="80" w:type="dxa"/>
              <w:left w:w="100" w:type="dxa"/>
              <w:bottom w:w="80" w:type="dxa"/>
              <w:right w:w="100" w:type="dxa"/>
            </w:tcMar>
            <w:vAlign w:val="center"/>
          </w:tcPr>
          <w:p w14:paraId="5D007896" w14:textId="02FCD027" w:rsidR="0023199C" w:rsidRPr="00206FCE" w:rsidRDefault="0023199C" w:rsidP="00857298">
            <w:pPr>
              <w:spacing w:after="0"/>
              <w:rPr>
                <w:sz w:val="24"/>
                <w:szCs w:val="24"/>
                <w:lang w:val="en-GB"/>
              </w:rPr>
            </w:pPr>
          </w:p>
        </w:tc>
      </w:tr>
      <w:tr w:rsidR="0023199C" w:rsidRPr="00206FCE" w14:paraId="4BFF93F4" w14:textId="77777777" w:rsidTr="00857298">
        <w:trPr>
          <w:cantSplit/>
          <w:trHeight w:val="768"/>
          <w:jc w:val="center"/>
        </w:trPr>
        <w:tc>
          <w:tcPr>
            <w:tcW w:w="2921" w:type="dxa"/>
            <w:tcMar>
              <w:top w:w="80" w:type="dxa"/>
              <w:left w:w="100" w:type="dxa"/>
              <w:bottom w:w="80" w:type="dxa"/>
              <w:right w:w="100" w:type="dxa"/>
            </w:tcMar>
            <w:vAlign w:val="center"/>
          </w:tcPr>
          <w:p w14:paraId="1E2BEA39" w14:textId="77777777" w:rsidR="0023199C" w:rsidRPr="00206FCE" w:rsidRDefault="00864649" w:rsidP="00857298">
            <w:pPr>
              <w:spacing w:after="0"/>
              <w:rPr>
                <w:sz w:val="24"/>
                <w:szCs w:val="24"/>
                <w:lang w:val="en-GB"/>
              </w:rPr>
            </w:pPr>
            <w:r w:rsidRPr="00206FCE">
              <w:rPr>
                <w:b/>
                <w:sz w:val="24"/>
                <w:szCs w:val="24"/>
                <w:lang w:val="en-GB"/>
              </w:rPr>
              <w:t>Home address:</w:t>
            </w:r>
          </w:p>
        </w:tc>
        <w:tc>
          <w:tcPr>
            <w:tcW w:w="7303" w:type="dxa"/>
            <w:tcMar>
              <w:top w:w="80" w:type="dxa"/>
              <w:left w:w="100" w:type="dxa"/>
              <w:bottom w:w="80" w:type="dxa"/>
              <w:right w:w="100" w:type="dxa"/>
            </w:tcMar>
            <w:vAlign w:val="center"/>
          </w:tcPr>
          <w:p w14:paraId="15C54548" w14:textId="77777777" w:rsidR="0023199C" w:rsidRPr="00206FCE" w:rsidRDefault="00864649" w:rsidP="00857298">
            <w:pPr>
              <w:spacing w:after="0"/>
              <w:rPr>
                <w:sz w:val="24"/>
                <w:szCs w:val="24"/>
                <w:lang w:val="en-GB"/>
              </w:rPr>
            </w:pPr>
            <w:r w:rsidRPr="00206FCE">
              <w:rPr>
                <w:sz w:val="24"/>
                <w:szCs w:val="24"/>
                <w:lang w:val="en-GB"/>
              </w:rPr>
              <w:br/>
            </w:r>
            <w:r w:rsidRPr="00206FCE">
              <w:rPr>
                <w:sz w:val="24"/>
                <w:szCs w:val="24"/>
                <w:lang w:val="en-GB"/>
              </w:rPr>
              <w:br/>
            </w:r>
          </w:p>
        </w:tc>
      </w:tr>
      <w:tr w:rsidR="0023199C" w:rsidRPr="00206FCE" w14:paraId="0B49D32A" w14:textId="77777777" w:rsidTr="00857298">
        <w:trPr>
          <w:cantSplit/>
          <w:trHeight w:val="261"/>
          <w:jc w:val="center"/>
        </w:trPr>
        <w:tc>
          <w:tcPr>
            <w:tcW w:w="2921" w:type="dxa"/>
            <w:tcMar>
              <w:top w:w="80" w:type="dxa"/>
              <w:left w:w="100" w:type="dxa"/>
              <w:bottom w:w="80" w:type="dxa"/>
              <w:right w:w="100" w:type="dxa"/>
            </w:tcMar>
            <w:vAlign w:val="center"/>
          </w:tcPr>
          <w:p w14:paraId="26DBC558" w14:textId="77777777" w:rsidR="0023199C" w:rsidRPr="00206FCE" w:rsidRDefault="00864649" w:rsidP="00857298">
            <w:pPr>
              <w:spacing w:after="0"/>
              <w:rPr>
                <w:sz w:val="24"/>
                <w:szCs w:val="24"/>
                <w:lang w:val="en-GB"/>
              </w:rPr>
            </w:pPr>
            <w:r w:rsidRPr="00206FCE">
              <w:rPr>
                <w:b/>
                <w:sz w:val="24"/>
                <w:szCs w:val="24"/>
                <w:lang w:val="en-GB"/>
              </w:rPr>
              <w:t>Postcode:</w:t>
            </w:r>
          </w:p>
        </w:tc>
        <w:tc>
          <w:tcPr>
            <w:tcW w:w="7303" w:type="dxa"/>
            <w:tcMar>
              <w:top w:w="80" w:type="dxa"/>
              <w:left w:w="100" w:type="dxa"/>
              <w:bottom w:w="80" w:type="dxa"/>
              <w:right w:w="100" w:type="dxa"/>
            </w:tcMar>
            <w:vAlign w:val="center"/>
          </w:tcPr>
          <w:p w14:paraId="582E824E" w14:textId="60F4EAB5" w:rsidR="0023199C" w:rsidRPr="00206FCE" w:rsidRDefault="0023199C" w:rsidP="00857298">
            <w:pPr>
              <w:spacing w:after="0"/>
              <w:rPr>
                <w:sz w:val="24"/>
                <w:szCs w:val="24"/>
                <w:lang w:val="en-GB"/>
              </w:rPr>
            </w:pPr>
          </w:p>
        </w:tc>
      </w:tr>
      <w:tr w:rsidR="0023199C" w:rsidRPr="00206FCE" w14:paraId="1096E109" w14:textId="77777777" w:rsidTr="00857298">
        <w:trPr>
          <w:cantSplit/>
          <w:trHeight w:val="261"/>
          <w:jc w:val="center"/>
        </w:trPr>
        <w:tc>
          <w:tcPr>
            <w:tcW w:w="2921" w:type="dxa"/>
            <w:tcMar>
              <w:top w:w="80" w:type="dxa"/>
              <w:left w:w="100" w:type="dxa"/>
              <w:bottom w:w="80" w:type="dxa"/>
              <w:right w:w="100" w:type="dxa"/>
            </w:tcMar>
            <w:vAlign w:val="center"/>
          </w:tcPr>
          <w:p w14:paraId="2A36AA28" w14:textId="77777777" w:rsidR="0023199C" w:rsidRPr="00206FCE" w:rsidRDefault="00864649" w:rsidP="00857298">
            <w:pPr>
              <w:spacing w:after="0"/>
              <w:rPr>
                <w:sz w:val="24"/>
                <w:szCs w:val="24"/>
                <w:lang w:val="en-GB"/>
              </w:rPr>
            </w:pPr>
            <w:r w:rsidRPr="00206FCE">
              <w:rPr>
                <w:b/>
                <w:sz w:val="24"/>
                <w:szCs w:val="24"/>
                <w:lang w:val="en-GB"/>
              </w:rPr>
              <w:t>Mobile telephone:</w:t>
            </w:r>
          </w:p>
        </w:tc>
        <w:tc>
          <w:tcPr>
            <w:tcW w:w="7303" w:type="dxa"/>
            <w:tcMar>
              <w:top w:w="80" w:type="dxa"/>
              <w:left w:w="100" w:type="dxa"/>
              <w:bottom w:w="80" w:type="dxa"/>
              <w:right w:w="100" w:type="dxa"/>
            </w:tcMar>
            <w:vAlign w:val="center"/>
          </w:tcPr>
          <w:p w14:paraId="0E2A8758" w14:textId="2EDD09FB" w:rsidR="0023199C" w:rsidRPr="00206FCE" w:rsidRDefault="0023199C" w:rsidP="00857298">
            <w:pPr>
              <w:spacing w:after="0"/>
              <w:rPr>
                <w:sz w:val="24"/>
                <w:szCs w:val="24"/>
                <w:lang w:val="en-GB"/>
              </w:rPr>
            </w:pPr>
          </w:p>
        </w:tc>
      </w:tr>
      <w:tr w:rsidR="0023199C" w:rsidRPr="00206FCE" w14:paraId="2502DF89" w14:textId="77777777" w:rsidTr="00857298">
        <w:trPr>
          <w:cantSplit/>
          <w:trHeight w:val="245"/>
          <w:jc w:val="center"/>
        </w:trPr>
        <w:tc>
          <w:tcPr>
            <w:tcW w:w="2921" w:type="dxa"/>
            <w:tcMar>
              <w:top w:w="80" w:type="dxa"/>
              <w:left w:w="100" w:type="dxa"/>
              <w:bottom w:w="80" w:type="dxa"/>
              <w:right w:w="100" w:type="dxa"/>
            </w:tcMar>
            <w:vAlign w:val="center"/>
          </w:tcPr>
          <w:p w14:paraId="0743D43D" w14:textId="77777777" w:rsidR="0023199C" w:rsidRPr="00206FCE" w:rsidRDefault="00864649" w:rsidP="00857298">
            <w:pPr>
              <w:spacing w:after="0"/>
              <w:rPr>
                <w:sz w:val="24"/>
                <w:szCs w:val="24"/>
                <w:lang w:val="en-GB"/>
              </w:rPr>
            </w:pPr>
            <w:r w:rsidRPr="00206FCE">
              <w:rPr>
                <w:b/>
                <w:sz w:val="24"/>
                <w:szCs w:val="24"/>
                <w:lang w:val="en-GB"/>
              </w:rPr>
              <w:t>Email address:</w:t>
            </w:r>
          </w:p>
        </w:tc>
        <w:tc>
          <w:tcPr>
            <w:tcW w:w="7303" w:type="dxa"/>
            <w:tcMar>
              <w:top w:w="80" w:type="dxa"/>
              <w:left w:w="100" w:type="dxa"/>
              <w:bottom w:w="80" w:type="dxa"/>
              <w:right w:w="100" w:type="dxa"/>
            </w:tcMar>
            <w:vAlign w:val="center"/>
          </w:tcPr>
          <w:p w14:paraId="5031E3F4" w14:textId="70D4AF0F" w:rsidR="0023199C" w:rsidRPr="00206FCE" w:rsidRDefault="0023199C" w:rsidP="00857298">
            <w:pPr>
              <w:spacing w:after="0"/>
              <w:rPr>
                <w:sz w:val="24"/>
                <w:szCs w:val="24"/>
                <w:lang w:val="en-GB"/>
              </w:rPr>
            </w:pPr>
          </w:p>
        </w:tc>
      </w:tr>
    </w:tbl>
    <w:p w14:paraId="3471AC64" w14:textId="77777777" w:rsidR="00857298" w:rsidRPr="00206FCE" w:rsidRDefault="00857298">
      <w:pPr>
        <w:spacing w:after="200"/>
        <w:rPr>
          <w:b/>
          <w:sz w:val="24"/>
          <w:szCs w:val="24"/>
          <w:lang w:val="en-GB"/>
        </w:rPr>
      </w:pPr>
      <w:r w:rsidRPr="00206FCE">
        <w:rPr>
          <w:b/>
          <w:sz w:val="24"/>
          <w:szCs w:val="24"/>
          <w:lang w:val="en-GB"/>
        </w:rPr>
        <w:br w:type="page"/>
      </w:r>
    </w:p>
    <w:p w14:paraId="7A4640B7" w14:textId="491B394A" w:rsidR="0023199C" w:rsidRPr="00206FCE" w:rsidRDefault="00864649" w:rsidP="00857298">
      <w:pPr>
        <w:spacing w:before="240"/>
        <w:rPr>
          <w:sz w:val="24"/>
          <w:szCs w:val="24"/>
          <w:lang w:val="en-GB"/>
        </w:rPr>
      </w:pPr>
      <w:r w:rsidRPr="00206FCE">
        <w:rPr>
          <w:b/>
          <w:sz w:val="24"/>
          <w:szCs w:val="24"/>
          <w:lang w:val="en-GB"/>
        </w:rPr>
        <w:lastRenderedPageBreak/>
        <w:t>Accessibility / reasonable adjustments</w:t>
      </w:r>
    </w:p>
    <w:p w14:paraId="742DA44A" w14:textId="6454E993" w:rsidR="0023199C" w:rsidRPr="00206FCE" w:rsidRDefault="00864649" w:rsidP="00857298">
      <w:pPr>
        <w:rPr>
          <w:sz w:val="24"/>
          <w:szCs w:val="24"/>
          <w:lang w:val="en-GB"/>
        </w:rPr>
      </w:pPr>
      <w:r w:rsidRPr="00206FCE">
        <w:rPr>
          <w:sz w:val="24"/>
          <w:szCs w:val="24"/>
          <w:lang w:val="en-GB"/>
        </w:rPr>
        <w:t>Please tell us about any adjustments or practical arrangements you may need during the volunteer process or while volunteering. You do not need to provide a diagnosis or detailed medical information unless it is relevant to the adjustment requested.</w:t>
      </w:r>
    </w:p>
    <w:tbl>
      <w:tblPr>
        <w:tblStyle w:val="TableGrid"/>
        <w:tblW w:w="0" w:type="auto"/>
        <w:tblInd w:w="108" w:type="dxa"/>
        <w:tblLook w:val="04A0" w:firstRow="1" w:lastRow="0" w:firstColumn="1" w:lastColumn="0" w:noHBand="0" w:noVBand="1"/>
      </w:tblPr>
      <w:tblGrid>
        <w:gridCol w:w="10348"/>
      </w:tblGrid>
      <w:tr w:rsidR="0023199C" w:rsidRPr="00206FCE" w14:paraId="48F3E178" w14:textId="77777777" w:rsidTr="00857298">
        <w:trPr>
          <w:cantSplit/>
          <w:trHeight w:val="735"/>
        </w:trPr>
        <w:tc>
          <w:tcPr>
            <w:tcW w:w="10348" w:type="dxa"/>
            <w:vAlign w:val="center"/>
          </w:tcPr>
          <w:p w14:paraId="6D2D3B38" w14:textId="77777777" w:rsidR="003D5A21" w:rsidRPr="00206FCE" w:rsidRDefault="00864649" w:rsidP="00857298">
            <w:pPr>
              <w:rPr>
                <w:sz w:val="24"/>
                <w:szCs w:val="24"/>
                <w:lang w:val="en-GB"/>
              </w:rPr>
            </w:pPr>
            <w:r w:rsidRPr="00206FCE">
              <w:rPr>
                <w:sz w:val="24"/>
                <w:szCs w:val="24"/>
                <w:lang w:val="en-GB"/>
              </w:rPr>
              <w:br/>
            </w:r>
          </w:p>
          <w:p w14:paraId="160495CF" w14:textId="7E1455D1" w:rsidR="0023199C" w:rsidRPr="00206FCE" w:rsidRDefault="00864649" w:rsidP="00857298">
            <w:pPr>
              <w:rPr>
                <w:sz w:val="24"/>
                <w:szCs w:val="24"/>
                <w:lang w:val="en-GB"/>
              </w:rPr>
            </w:pPr>
            <w:r w:rsidRPr="00206FCE">
              <w:rPr>
                <w:sz w:val="24"/>
                <w:szCs w:val="24"/>
                <w:lang w:val="en-GB"/>
              </w:rPr>
              <w:br/>
            </w:r>
          </w:p>
        </w:tc>
      </w:tr>
    </w:tbl>
    <w:p w14:paraId="30CA1D2F" w14:textId="77777777" w:rsidR="00857298" w:rsidRPr="00206FCE" w:rsidRDefault="00857298" w:rsidP="00857298">
      <w:pPr>
        <w:rPr>
          <w:sz w:val="24"/>
          <w:szCs w:val="24"/>
          <w:lang w:val="en-GB"/>
        </w:rPr>
      </w:pPr>
    </w:p>
    <w:tbl>
      <w:tblPr>
        <w:tblW w:w="0" w:type="auto"/>
        <w:jc w:val="center"/>
        <w:tblLook w:val="04A0" w:firstRow="1" w:lastRow="0" w:firstColumn="1" w:lastColumn="0" w:noHBand="0" w:noVBand="1"/>
      </w:tblPr>
      <w:tblGrid>
        <w:gridCol w:w="10368"/>
      </w:tblGrid>
      <w:tr w:rsidR="00857298" w:rsidRPr="00206FCE" w14:paraId="59F032B2" w14:textId="77777777" w:rsidTr="00F818EA">
        <w:trPr>
          <w:cantSplit/>
          <w:jc w:val="center"/>
        </w:trPr>
        <w:tc>
          <w:tcPr>
            <w:tcW w:w="10368" w:type="dxa"/>
            <w:shd w:val="clear" w:color="auto" w:fill="1F4E79"/>
            <w:tcMar>
              <w:top w:w="100" w:type="dxa"/>
              <w:left w:w="130" w:type="dxa"/>
              <w:bottom w:w="100" w:type="dxa"/>
              <w:right w:w="130" w:type="dxa"/>
            </w:tcMar>
            <w:vAlign w:val="center"/>
          </w:tcPr>
          <w:p w14:paraId="4612CA85" w14:textId="77777777" w:rsidR="00857298" w:rsidRPr="00206FCE" w:rsidRDefault="00857298" w:rsidP="003D5A21">
            <w:pPr>
              <w:pStyle w:val="Heading1"/>
              <w:rPr>
                <w:lang w:val="en-GB"/>
              </w:rPr>
            </w:pPr>
            <w:r w:rsidRPr="00206FCE">
              <w:rPr>
                <w:lang w:val="en-GB"/>
              </w:rPr>
              <w:t>3. WHY YOU WOULD LIKE TO VOLUNTEER</w:t>
            </w:r>
          </w:p>
        </w:tc>
      </w:tr>
    </w:tbl>
    <w:p w14:paraId="41751E50" w14:textId="54CE4F7E" w:rsidR="0023199C" w:rsidRPr="00206FCE" w:rsidRDefault="00864649" w:rsidP="00857298">
      <w:pPr>
        <w:rPr>
          <w:sz w:val="24"/>
          <w:szCs w:val="24"/>
          <w:lang w:val="en-GB"/>
        </w:rPr>
      </w:pPr>
      <w:r w:rsidRPr="00206FCE">
        <w:rPr>
          <w:sz w:val="24"/>
          <w:szCs w:val="24"/>
          <w:lang w:val="en-GB"/>
        </w:rPr>
        <w:t>Please briefly explain why you would like to volunteer at the Academy and any relevant experience of working with children or in a school/community setting.</w:t>
      </w:r>
    </w:p>
    <w:tbl>
      <w:tblPr>
        <w:tblStyle w:val="TableGrid"/>
        <w:tblW w:w="0" w:type="auto"/>
        <w:tblInd w:w="108" w:type="dxa"/>
        <w:tblLook w:val="04A0" w:firstRow="1" w:lastRow="0" w:firstColumn="1" w:lastColumn="0" w:noHBand="0" w:noVBand="1"/>
      </w:tblPr>
      <w:tblGrid>
        <w:gridCol w:w="10348"/>
      </w:tblGrid>
      <w:tr w:rsidR="0023199C" w:rsidRPr="00206FCE" w14:paraId="5FCEEA34" w14:textId="77777777" w:rsidTr="003D5A21">
        <w:trPr>
          <w:cantSplit/>
        </w:trPr>
        <w:tc>
          <w:tcPr>
            <w:tcW w:w="10348" w:type="dxa"/>
            <w:vAlign w:val="center"/>
          </w:tcPr>
          <w:p w14:paraId="4518B46F" w14:textId="635990C9" w:rsidR="0023199C" w:rsidRPr="00206FCE" w:rsidRDefault="00864649" w:rsidP="00857298">
            <w:pPr>
              <w:rPr>
                <w:sz w:val="24"/>
                <w:szCs w:val="24"/>
                <w:lang w:val="en-GB"/>
              </w:rPr>
            </w:pPr>
            <w:r w:rsidRPr="00206FCE">
              <w:rPr>
                <w:sz w:val="24"/>
                <w:szCs w:val="24"/>
                <w:lang w:val="en-GB"/>
              </w:rPr>
              <w:br/>
            </w:r>
            <w:r w:rsidRPr="00206FCE">
              <w:rPr>
                <w:sz w:val="24"/>
                <w:szCs w:val="24"/>
                <w:lang w:val="en-GB"/>
              </w:rPr>
              <w:br/>
            </w:r>
            <w:r w:rsidRPr="00206FCE">
              <w:rPr>
                <w:sz w:val="24"/>
                <w:szCs w:val="24"/>
                <w:lang w:val="en-GB"/>
              </w:rPr>
              <w:br/>
            </w:r>
          </w:p>
        </w:tc>
      </w:tr>
    </w:tbl>
    <w:p w14:paraId="369DC4AD" w14:textId="77777777" w:rsidR="00857298" w:rsidRPr="00206FCE" w:rsidRDefault="00857298" w:rsidP="00857298">
      <w:pPr>
        <w:rPr>
          <w:b/>
          <w:sz w:val="24"/>
          <w:szCs w:val="24"/>
          <w:lang w:val="en-GB"/>
        </w:rPr>
      </w:pPr>
    </w:p>
    <w:p w14:paraId="1FFBAB9A" w14:textId="694C7E7F" w:rsidR="0023199C" w:rsidRPr="00206FCE" w:rsidRDefault="00864649" w:rsidP="00857298">
      <w:pPr>
        <w:rPr>
          <w:sz w:val="24"/>
          <w:szCs w:val="24"/>
          <w:lang w:val="en-GB"/>
        </w:rPr>
      </w:pPr>
      <w:r w:rsidRPr="00206FCE">
        <w:rPr>
          <w:b/>
          <w:sz w:val="24"/>
          <w:szCs w:val="24"/>
          <w:lang w:val="en-GB"/>
        </w:rPr>
        <w:t>Special skills, interests or experience the Academy could make use of</w:t>
      </w:r>
    </w:p>
    <w:p w14:paraId="14F2FD34" w14:textId="77777777" w:rsidR="0023199C" w:rsidRPr="00206FCE" w:rsidRDefault="00864649" w:rsidP="00857298">
      <w:pPr>
        <w:rPr>
          <w:sz w:val="24"/>
          <w:szCs w:val="24"/>
          <w:lang w:val="en-GB"/>
        </w:rPr>
      </w:pPr>
      <w:r w:rsidRPr="00206FCE">
        <w:rPr>
          <w:sz w:val="24"/>
          <w:szCs w:val="24"/>
          <w:lang w:val="en-GB"/>
        </w:rPr>
        <w:t>For example: reading support, languages, music, art, sport, gardening, Forest School/outdoor learning, IT, administration, crafts, practical skills or professional expertise.</w:t>
      </w:r>
    </w:p>
    <w:tbl>
      <w:tblPr>
        <w:tblStyle w:val="TableGrid"/>
        <w:tblW w:w="0" w:type="auto"/>
        <w:tblInd w:w="108" w:type="dxa"/>
        <w:tblLook w:val="04A0" w:firstRow="1" w:lastRow="0" w:firstColumn="1" w:lastColumn="0" w:noHBand="0" w:noVBand="1"/>
      </w:tblPr>
      <w:tblGrid>
        <w:gridCol w:w="10348"/>
      </w:tblGrid>
      <w:tr w:rsidR="0023199C" w:rsidRPr="00206FCE" w14:paraId="16DAF26F" w14:textId="77777777" w:rsidTr="003D5A21">
        <w:trPr>
          <w:cantSplit/>
        </w:trPr>
        <w:tc>
          <w:tcPr>
            <w:tcW w:w="10348" w:type="dxa"/>
            <w:vAlign w:val="center"/>
          </w:tcPr>
          <w:p w14:paraId="48E86797" w14:textId="77777777" w:rsidR="0023199C" w:rsidRPr="00206FCE" w:rsidRDefault="00864649" w:rsidP="00857298">
            <w:pPr>
              <w:rPr>
                <w:sz w:val="24"/>
                <w:szCs w:val="24"/>
                <w:lang w:val="en-GB"/>
              </w:rPr>
            </w:pPr>
            <w:r w:rsidRPr="00206FCE">
              <w:rPr>
                <w:sz w:val="24"/>
                <w:szCs w:val="24"/>
                <w:lang w:val="en-GB"/>
              </w:rPr>
              <w:br/>
            </w:r>
            <w:r w:rsidRPr="00206FCE">
              <w:rPr>
                <w:sz w:val="24"/>
                <w:szCs w:val="24"/>
                <w:lang w:val="en-GB"/>
              </w:rPr>
              <w:br/>
            </w:r>
            <w:r w:rsidRPr="00206FCE">
              <w:rPr>
                <w:sz w:val="24"/>
                <w:szCs w:val="24"/>
                <w:lang w:val="en-GB"/>
              </w:rPr>
              <w:br/>
            </w:r>
          </w:p>
        </w:tc>
      </w:tr>
    </w:tbl>
    <w:p w14:paraId="61260311" w14:textId="77777777" w:rsidR="00857298" w:rsidRPr="00206FCE" w:rsidRDefault="00857298" w:rsidP="00857298">
      <w:pPr>
        <w:spacing w:after="0"/>
        <w:rPr>
          <w:sz w:val="24"/>
          <w:szCs w:val="24"/>
          <w:lang w:val="en-GB"/>
        </w:rPr>
      </w:pPr>
    </w:p>
    <w:tbl>
      <w:tblPr>
        <w:tblW w:w="0" w:type="auto"/>
        <w:jc w:val="center"/>
        <w:tblLook w:val="04A0" w:firstRow="1" w:lastRow="0" w:firstColumn="1" w:lastColumn="0" w:noHBand="0" w:noVBand="1"/>
      </w:tblPr>
      <w:tblGrid>
        <w:gridCol w:w="10368"/>
      </w:tblGrid>
      <w:tr w:rsidR="00857298" w:rsidRPr="00206FCE" w14:paraId="68C247E2" w14:textId="77777777" w:rsidTr="00F818EA">
        <w:trPr>
          <w:cantSplit/>
          <w:jc w:val="center"/>
        </w:trPr>
        <w:tc>
          <w:tcPr>
            <w:tcW w:w="10368" w:type="dxa"/>
            <w:shd w:val="clear" w:color="auto" w:fill="1F4E79"/>
            <w:tcMar>
              <w:top w:w="100" w:type="dxa"/>
              <w:left w:w="130" w:type="dxa"/>
              <w:bottom w:w="100" w:type="dxa"/>
              <w:right w:w="130" w:type="dxa"/>
            </w:tcMar>
            <w:vAlign w:val="center"/>
          </w:tcPr>
          <w:p w14:paraId="7D9F7116" w14:textId="77777777" w:rsidR="00857298" w:rsidRPr="00206FCE" w:rsidRDefault="00857298" w:rsidP="003D5A21">
            <w:pPr>
              <w:pStyle w:val="Heading1"/>
              <w:rPr>
                <w:lang w:val="en-GB"/>
              </w:rPr>
            </w:pPr>
            <w:r w:rsidRPr="00206FCE">
              <w:rPr>
                <w:lang w:val="en-GB"/>
              </w:rPr>
              <w:t>4. AVAILABILITY AND FREQUENCY</w:t>
            </w:r>
          </w:p>
        </w:tc>
      </w:tr>
    </w:tbl>
    <w:p w14:paraId="018377E7" w14:textId="77777777" w:rsidR="0023199C" w:rsidRPr="00206FCE" w:rsidRDefault="00864649" w:rsidP="00857298">
      <w:pPr>
        <w:rPr>
          <w:sz w:val="24"/>
          <w:szCs w:val="24"/>
          <w:lang w:val="en-GB"/>
        </w:rPr>
      </w:pPr>
      <w:r w:rsidRPr="00206FCE">
        <w:rPr>
          <w:sz w:val="24"/>
          <w:szCs w:val="24"/>
          <w:lang w:val="en-GB"/>
        </w:rPr>
        <w:t>Please tell us when you are generally available. This helps the Academy decide whether there is a suitable placement and agree a regular pattern with you.</w:t>
      </w:r>
    </w:p>
    <w:tbl>
      <w:tblPr>
        <w:tblStyle w:val="TableGrid"/>
        <w:tblW w:w="0" w:type="auto"/>
        <w:jc w:val="center"/>
        <w:tblLook w:val="04A0" w:firstRow="1" w:lastRow="0" w:firstColumn="1" w:lastColumn="0" w:noHBand="0" w:noVBand="1"/>
      </w:tblPr>
      <w:tblGrid>
        <w:gridCol w:w="3334"/>
        <w:gridCol w:w="6800"/>
      </w:tblGrid>
      <w:tr w:rsidR="0023199C" w:rsidRPr="00206FCE" w14:paraId="00C873D9" w14:textId="77777777" w:rsidTr="003D5A21">
        <w:trPr>
          <w:cantSplit/>
          <w:jc w:val="center"/>
        </w:trPr>
        <w:tc>
          <w:tcPr>
            <w:tcW w:w="3334" w:type="dxa"/>
            <w:tcMar>
              <w:top w:w="80" w:type="dxa"/>
              <w:left w:w="100" w:type="dxa"/>
              <w:bottom w:w="80" w:type="dxa"/>
              <w:right w:w="100" w:type="dxa"/>
            </w:tcMar>
            <w:vAlign w:val="center"/>
          </w:tcPr>
          <w:p w14:paraId="2B9B80A2" w14:textId="77777777" w:rsidR="0023199C" w:rsidRPr="00206FCE" w:rsidRDefault="00864649" w:rsidP="00857298">
            <w:pPr>
              <w:spacing w:after="0"/>
              <w:rPr>
                <w:sz w:val="24"/>
                <w:szCs w:val="24"/>
                <w:lang w:val="en-GB"/>
              </w:rPr>
            </w:pPr>
            <w:r w:rsidRPr="00206FCE">
              <w:rPr>
                <w:b/>
                <w:sz w:val="24"/>
                <w:szCs w:val="24"/>
                <w:lang w:val="en-GB"/>
              </w:rPr>
              <w:t>Days available:</w:t>
            </w:r>
          </w:p>
        </w:tc>
        <w:tc>
          <w:tcPr>
            <w:tcW w:w="6800" w:type="dxa"/>
            <w:tcMar>
              <w:top w:w="80" w:type="dxa"/>
              <w:left w:w="100" w:type="dxa"/>
              <w:bottom w:w="80" w:type="dxa"/>
              <w:right w:w="100" w:type="dxa"/>
            </w:tcMar>
            <w:vAlign w:val="center"/>
          </w:tcPr>
          <w:p w14:paraId="07A284AC" w14:textId="77777777" w:rsidR="0023199C" w:rsidRPr="00206FCE" w:rsidRDefault="00864649" w:rsidP="00857298">
            <w:pPr>
              <w:spacing w:after="0"/>
              <w:rPr>
                <w:sz w:val="24"/>
                <w:szCs w:val="24"/>
                <w:lang w:val="en-GB"/>
              </w:rPr>
            </w:pPr>
            <w:r w:rsidRPr="00206FCE">
              <w:rPr>
                <w:sz w:val="24"/>
                <w:szCs w:val="24"/>
                <w:lang w:val="en-GB"/>
              </w:rPr>
              <w:t>☐ Monday   ☐ Tuesday   ☐ Wednesday   ☐ Thursday   ☐ Friday</w:t>
            </w:r>
          </w:p>
        </w:tc>
      </w:tr>
      <w:tr w:rsidR="0023199C" w:rsidRPr="00206FCE" w14:paraId="5CA834D2" w14:textId="77777777" w:rsidTr="003D5A21">
        <w:trPr>
          <w:cantSplit/>
          <w:jc w:val="center"/>
        </w:trPr>
        <w:tc>
          <w:tcPr>
            <w:tcW w:w="3334" w:type="dxa"/>
            <w:tcMar>
              <w:top w:w="80" w:type="dxa"/>
              <w:left w:w="100" w:type="dxa"/>
              <w:bottom w:w="80" w:type="dxa"/>
              <w:right w:w="100" w:type="dxa"/>
            </w:tcMar>
            <w:vAlign w:val="center"/>
          </w:tcPr>
          <w:p w14:paraId="2510EDE4" w14:textId="77777777" w:rsidR="0023199C" w:rsidRPr="00206FCE" w:rsidRDefault="00864649" w:rsidP="00857298">
            <w:pPr>
              <w:spacing w:after="0"/>
              <w:rPr>
                <w:sz w:val="24"/>
                <w:szCs w:val="24"/>
                <w:lang w:val="en-GB"/>
              </w:rPr>
            </w:pPr>
            <w:r w:rsidRPr="00206FCE">
              <w:rPr>
                <w:b/>
                <w:sz w:val="24"/>
                <w:szCs w:val="24"/>
                <w:lang w:val="en-GB"/>
              </w:rPr>
              <w:t>Times available:</w:t>
            </w:r>
          </w:p>
        </w:tc>
        <w:tc>
          <w:tcPr>
            <w:tcW w:w="6800" w:type="dxa"/>
            <w:tcMar>
              <w:top w:w="80" w:type="dxa"/>
              <w:left w:w="100" w:type="dxa"/>
              <w:bottom w:w="80" w:type="dxa"/>
              <w:right w:w="100" w:type="dxa"/>
            </w:tcMar>
            <w:vAlign w:val="center"/>
          </w:tcPr>
          <w:p w14:paraId="1582F972" w14:textId="234069FB" w:rsidR="0023199C" w:rsidRPr="00206FCE" w:rsidRDefault="00864649" w:rsidP="00857298">
            <w:pPr>
              <w:spacing w:after="0"/>
              <w:rPr>
                <w:sz w:val="24"/>
                <w:szCs w:val="24"/>
                <w:lang w:val="en-GB"/>
              </w:rPr>
            </w:pPr>
            <w:r w:rsidRPr="00206FCE">
              <w:rPr>
                <w:sz w:val="24"/>
                <w:szCs w:val="24"/>
                <w:lang w:val="en-GB"/>
              </w:rPr>
              <w:t xml:space="preserve">☐ Morning   ☐ Afternoon   ☐ All day   Other: </w:t>
            </w:r>
          </w:p>
        </w:tc>
      </w:tr>
      <w:tr w:rsidR="0023199C" w:rsidRPr="00206FCE" w14:paraId="39AAA885" w14:textId="77777777" w:rsidTr="003D5A21">
        <w:trPr>
          <w:cantSplit/>
          <w:jc w:val="center"/>
        </w:trPr>
        <w:tc>
          <w:tcPr>
            <w:tcW w:w="3334" w:type="dxa"/>
            <w:tcMar>
              <w:top w:w="80" w:type="dxa"/>
              <w:left w:w="100" w:type="dxa"/>
              <w:bottom w:w="80" w:type="dxa"/>
              <w:right w:w="100" w:type="dxa"/>
            </w:tcMar>
            <w:vAlign w:val="center"/>
          </w:tcPr>
          <w:p w14:paraId="3BFF5526" w14:textId="77777777" w:rsidR="0023199C" w:rsidRPr="00206FCE" w:rsidRDefault="00864649" w:rsidP="00857298">
            <w:pPr>
              <w:spacing w:after="0"/>
              <w:rPr>
                <w:sz w:val="24"/>
                <w:szCs w:val="24"/>
                <w:lang w:val="en-GB"/>
              </w:rPr>
            </w:pPr>
            <w:r w:rsidRPr="00206FCE">
              <w:rPr>
                <w:b/>
                <w:sz w:val="24"/>
                <w:szCs w:val="24"/>
                <w:lang w:val="en-GB"/>
              </w:rPr>
              <w:t>How often can you volunteer?</w:t>
            </w:r>
          </w:p>
        </w:tc>
        <w:tc>
          <w:tcPr>
            <w:tcW w:w="6800" w:type="dxa"/>
            <w:tcMar>
              <w:top w:w="80" w:type="dxa"/>
              <w:left w:w="100" w:type="dxa"/>
              <w:bottom w:w="80" w:type="dxa"/>
              <w:right w:w="100" w:type="dxa"/>
            </w:tcMar>
            <w:vAlign w:val="center"/>
          </w:tcPr>
          <w:p w14:paraId="4D726C1E" w14:textId="792E967A" w:rsidR="0023199C" w:rsidRPr="00206FCE" w:rsidRDefault="00864649" w:rsidP="00857298">
            <w:pPr>
              <w:spacing w:after="0"/>
              <w:rPr>
                <w:sz w:val="24"/>
                <w:szCs w:val="24"/>
                <w:lang w:val="en-GB"/>
              </w:rPr>
            </w:pPr>
            <w:r w:rsidRPr="00206FCE">
              <w:rPr>
                <w:sz w:val="24"/>
                <w:szCs w:val="24"/>
                <w:lang w:val="en-GB"/>
              </w:rPr>
              <w:t xml:space="preserve">☐ Weekly   ☐ Fortnightly   ☐ Monthly   Other: </w:t>
            </w:r>
          </w:p>
        </w:tc>
      </w:tr>
      <w:tr w:rsidR="0023199C" w:rsidRPr="00206FCE" w14:paraId="152F80D3" w14:textId="77777777" w:rsidTr="003D5A21">
        <w:trPr>
          <w:cantSplit/>
          <w:jc w:val="center"/>
        </w:trPr>
        <w:tc>
          <w:tcPr>
            <w:tcW w:w="3334" w:type="dxa"/>
            <w:tcMar>
              <w:top w:w="80" w:type="dxa"/>
              <w:left w:w="100" w:type="dxa"/>
              <w:bottom w:w="80" w:type="dxa"/>
              <w:right w:w="100" w:type="dxa"/>
            </w:tcMar>
            <w:vAlign w:val="center"/>
          </w:tcPr>
          <w:p w14:paraId="630FC630" w14:textId="77777777" w:rsidR="0023199C" w:rsidRPr="00206FCE" w:rsidRDefault="00864649" w:rsidP="00857298">
            <w:pPr>
              <w:spacing w:after="0"/>
              <w:rPr>
                <w:sz w:val="24"/>
                <w:szCs w:val="24"/>
                <w:lang w:val="en-GB"/>
              </w:rPr>
            </w:pPr>
            <w:r w:rsidRPr="00206FCE">
              <w:rPr>
                <w:b/>
                <w:sz w:val="24"/>
                <w:szCs w:val="24"/>
                <w:lang w:val="en-GB"/>
              </w:rPr>
              <w:t>Earliest date you can start:</w:t>
            </w:r>
          </w:p>
        </w:tc>
        <w:tc>
          <w:tcPr>
            <w:tcW w:w="6800" w:type="dxa"/>
            <w:tcMar>
              <w:top w:w="80" w:type="dxa"/>
              <w:left w:w="100" w:type="dxa"/>
              <w:bottom w:w="80" w:type="dxa"/>
              <w:right w:w="100" w:type="dxa"/>
            </w:tcMar>
            <w:vAlign w:val="center"/>
          </w:tcPr>
          <w:p w14:paraId="6F331167" w14:textId="0B4FAD6D" w:rsidR="0023199C" w:rsidRPr="00206FCE" w:rsidRDefault="0023199C" w:rsidP="00857298">
            <w:pPr>
              <w:spacing w:after="0"/>
              <w:rPr>
                <w:sz w:val="24"/>
                <w:szCs w:val="24"/>
                <w:lang w:val="en-GB"/>
              </w:rPr>
            </w:pPr>
          </w:p>
        </w:tc>
      </w:tr>
      <w:tr w:rsidR="0023199C" w:rsidRPr="00206FCE" w14:paraId="35EC477B" w14:textId="77777777" w:rsidTr="003D5A21">
        <w:trPr>
          <w:cantSplit/>
          <w:jc w:val="center"/>
        </w:trPr>
        <w:tc>
          <w:tcPr>
            <w:tcW w:w="3334" w:type="dxa"/>
            <w:tcMar>
              <w:top w:w="80" w:type="dxa"/>
              <w:left w:w="100" w:type="dxa"/>
              <w:bottom w:w="80" w:type="dxa"/>
              <w:right w:w="100" w:type="dxa"/>
            </w:tcMar>
            <w:vAlign w:val="center"/>
          </w:tcPr>
          <w:p w14:paraId="5A6DE16A" w14:textId="77777777" w:rsidR="0023199C" w:rsidRPr="00206FCE" w:rsidRDefault="00864649" w:rsidP="00857298">
            <w:pPr>
              <w:spacing w:after="0"/>
              <w:rPr>
                <w:sz w:val="24"/>
                <w:szCs w:val="24"/>
                <w:lang w:val="en-GB"/>
              </w:rPr>
            </w:pPr>
            <w:r w:rsidRPr="00206FCE">
              <w:rPr>
                <w:b/>
                <w:sz w:val="24"/>
                <w:szCs w:val="24"/>
                <w:lang w:val="en-GB"/>
              </w:rPr>
              <w:t>Any dates / periods you are unavailable:</w:t>
            </w:r>
          </w:p>
        </w:tc>
        <w:tc>
          <w:tcPr>
            <w:tcW w:w="6800" w:type="dxa"/>
            <w:tcMar>
              <w:top w:w="80" w:type="dxa"/>
              <w:left w:w="100" w:type="dxa"/>
              <w:bottom w:w="80" w:type="dxa"/>
              <w:right w:w="100" w:type="dxa"/>
            </w:tcMar>
            <w:vAlign w:val="center"/>
          </w:tcPr>
          <w:p w14:paraId="446D7347" w14:textId="77777777" w:rsidR="0023199C" w:rsidRPr="00206FCE" w:rsidRDefault="00864649" w:rsidP="00857298">
            <w:pPr>
              <w:spacing w:after="0"/>
              <w:rPr>
                <w:sz w:val="24"/>
                <w:szCs w:val="24"/>
                <w:lang w:val="en-GB"/>
              </w:rPr>
            </w:pPr>
            <w:r w:rsidRPr="00206FCE">
              <w:rPr>
                <w:sz w:val="24"/>
                <w:szCs w:val="24"/>
                <w:lang w:val="en-GB"/>
              </w:rPr>
              <w:br/>
            </w:r>
          </w:p>
        </w:tc>
      </w:tr>
    </w:tbl>
    <w:p w14:paraId="170AF264" w14:textId="77777777" w:rsidR="00857298" w:rsidRPr="00206FCE" w:rsidRDefault="00857298" w:rsidP="00857298">
      <w:pPr>
        <w:rPr>
          <w:sz w:val="24"/>
          <w:szCs w:val="24"/>
          <w:lang w:val="en-GB"/>
        </w:rPr>
      </w:pPr>
    </w:p>
    <w:p w14:paraId="447F079C" w14:textId="004CA2B7" w:rsidR="0023199C" w:rsidRPr="00206FCE" w:rsidRDefault="00864649" w:rsidP="00857298">
      <w:pPr>
        <w:rPr>
          <w:sz w:val="24"/>
          <w:szCs w:val="24"/>
          <w:lang w:val="en-GB"/>
        </w:rPr>
      </w:pPr>
      <w:r w:rsidRPr="00206FCE">
        <w:rPr>
          <w:sz w:val="24"/>
          <w:szCs w:val="24"/>
          <w:lang w:val="en-GB"/>
        </w:rPr>
        <w:t>Volunteer frequency: Please tell us how often you expect to volunteer. The Trust carries out a DBS check for all volunteers. The frequency and nature of your volunteering will also determine whether the role is regulated activity and whether Children’s Barred List information is required.</w:t>
      </w:r>
    </w:p>
    <w:tbl>
      <w:tblPr>
        <w:tblStyle w:val="TableGrid"/>
        <w:tblW w:w="0" w:type="auto"/>
        <w:tblLook w:val="04A0" w:firstRow="1" w:lastRow="0" w:firstColumn="1" w:lastColumn="0" w:noHBand="0" w:noVBand="1"/>
      </w:tblPr>
      <w:tblGrid>
        <w:gridCol w:w="10584"/>
      </w:tblGrid>
      <w:tr w:rsidR="00857298" w:rsidRPr="00206FCE" w14:paraId="430BD197" w14:textId="77777777" w:rsidTr="00857298">
        <w:tc>
          <w:tcPr>
            <w:tcW w:w="10584" w:type="dxa"/>
          </w:tcPr>
          <w:p w14:paraId="09FC1716" w14:textId="77777777" w:rsidR="00857298" w:rsidRPr="00206FCE" w:rsidRDefault="00857298" w:rsidP="00857298">
            <w:pPr>
              <w:rPr>
                <w:sz w:val="24"/>
                <w:szCs w:val="24"/>
                <w:lang w:val="en-GB"/>
              </w:rPr>
            </w:pPr>
          </w:p>
          <w:p w14:paraId="3F628EC4" w14:textId="77777777" w:rsidR="00857298" w:rsidRPr="00206FCE" w:rsidRDefault="00857298" w:rsidP="00857298">
            <w:pPr>
              <w:rPr>
                <w:sz w:val="24"/>
                <w:szCs w:val="24"/>
                <w:lang w:val="en-GB"/>
              </w:rPr>
            </w:pPr>
          </w:p>
        </w:tc>
      </w:tr>
    </w:tbl>
    <w:p w14:paraId="5853C1EA" w14:textId="0ABCDFAE" w:rsidR="0023199C" w:rsidRPr="00206FCE" w:rsidRDefault="0023199C" w:rsidP="00857298">
      <w:pPr>
        <w:rPr>
          <w:sz w:val="24"/>
          <w:szCs w:val="24"/>
          <w:lang w:val="en-GB"/>
        </w:rPr>
      </w:pPr>
    </w:p>
    <w:tbl>
      <w:tblPr>
        <w:tblW w:w="0" w:type="auto"/>
        <w:jc w:val="center"/>
        <w:tblLook w:val="04A0" w:firstRow="1" w:lastRow="0" w:firstColumn="1" w:lastColumn="0" w:noHBand="0" w:noVBand="1"/>
      </w:tblPr>
      <w:tblGrid>
        <w:gridCol w:w="10368"/>
      </w:tblGrid>
      <w:tr w:rsidR="0023199C" w:rsidRPr="00206FCE" w14:paraId="46F57CFA" w14:textId="77777777">
        <w:trPr>
          <w:cantSplit/>
          <w:jc w:val="center"/>
        </w:trPr>
        <w:tc>
          <w:tcPr>
            <w:tcW w:w="10368" w:type="dxa"/>
            <w:shd w:val="clear" w:color="auto" w:fill="1F4E79"/>
            <w:tcMar>
              <w:top w:w="100" w:type="dxa"/>
              <w:left w:w="130" w:type="dxa"/>
              <w:bottom w:w="100" w:type="dxa"/>
              <w:right w:w="130" w:type="dxa"/>
            </w:tcMar>
            <w:vAlign w:val="center"/>
          </w:tcPr>
          <w:p w14:paraId="20430A79" w14:textId="77777777" w:rsidR="0023199C" w:rsidRPr="00206FCE" w:rsidRDefault="00864649" w:rsidP="003D5A21">
            <w:pPr>
              <w:pStyle w:val="Heading1"/>
              <w:rPr>
                <w:lang w:val="en-GB"/>
              </w:rPr>
            </w:pPr>
            <w:r w:rsidRPr="00206FCE">
              <w:rPr>
                <w:lang w:val="en-GB"/>
              </w:rPr>
              <w:t>5. PROFESSIONAL REFERENCES</w:t>
            </w:r>
          </w:p>
        </w:tc>
      </w:tr>
    </w:tbl>
    <w:p w14:paraId="6CE7E1EF" w14:textId="77777777" w:rsidR="0023199C" w:rsidRPr="00206FCE" w:rsidRDefault="00864649" w:rsidP="00857298">
      <w:pPr>
        <w:rPr>
          <w:sz w:val="24"/>
          <w:szCs w:val="24"/>
          <w:lang w:val="en-GB"/>
        </w:rPr>
      </w:pPr>
      <w:r w:rsidRPr="00206FCE">
        <w:rPr>
          <w:b/>
          <w:sz w:val="24"/>
          <w:szCs w:val="24"/>
          <w:lang w:val="en-GB"/>
        </w:rPr>
        <w:t xml:space="preserve">Please provide two professional referees. </w:t>
      </w:r>
      <w:r w:rsidRPr="00206FCE">
        <w:rPr>
          <w:sz w:val="24"/>
          <w:szCs w:val="24"/>
          <w:lang w:val="en-GB"/>
        </w:rPr>
        <w:t>A referee should know you in a professional, employment, education or formal volunteering capacity and be able to comment on your suitability to work with children. Where possible, one referee should be your current or most recent employer or volunteering organisation.</w:t>
      </w:r>
    </w:p>
    <w:p w14:paraId="16D377C7" w14:textId="77777777" w:rsidR="0023199C" w:rsidRPr="00206FCE" w:rsidRDefault="00864649" w:rsidP="00857298">
      <w:pPr>
        <w:rPr>
          <w:sz w:val="24"/>
          <w:szCs w:val="24"/>
          <w:lang w:val="en-GB"/>
        </w:rPr>
      </w:pPr>
      <w:r w:rsidRPr="00206FCE">
        <w:rPr>
          <w:b/>
          <w:color w:val="C00000"/>
          <w:sz w:val="24"/>
          <w:szCs w:val="24"/>
          <w:lang w:val="en-GB"/>
        </w:rPr>
        <w:t xml:space="preserve">Personal references are not accepted. </w:t>
      </w:r>
      <w:r w:rsidRPr="00206FCE">
        <w:rPr>
          <w:sz w:val="24"/>
          <w:szCs w:val="24"/>
          <w:lang w:val="en-GB"/>
        </w:rPr>
        <w:t>Please do not name a friend, relative, partner, member of your household or anyone who only knows you socially. The Trust will contact referees directly and may verify that a reference has come from a legitimate source.</w:t>
      </w:r>
    </w:p>
    <w:tbl>
      <w:tblPr>
        <w:tblStyle w:val="TableGrid"/>
        <w:tblW w:w="0" w:type="auto"/>
        <w:jc w:val="center"/>
        <w:tblLook w:val="04A0" w:firstRow="1" w:lastRow="0" w:firstColumn="1" w:lastColumn="0" w:noHBand="0" w:noVBand="1"/>
      </w:tblPr>
      <w:tblGrid>
        <w:gridCol w:w="3456"/>
        <w:gridCol w:w="3456"/>
        <w:gridCol w:w="3456"/>
      </w:tblGrid>
      <w:tr w:rsidR="0023199C" w:rsidRPr="00206FCE" w14:paraId="238ED73B" w14:textId="77777777">
        <w:trPr>
          <w:cantSplit/>
          <w:jc w:val="center"/>
        </w:trPr>
        <w:tc>
          <w:tcPr>
            <w:tcW w:w="3456" w:type="dxa"/>
            <w:shd w:val="clear" w:color="auto" w:fill="D9EAF7"/>
            <w:vAlign w:val="center"/>
          </w:tcPr>
          <w:p w14:paraId="49A6BAC6" w14:textId="77777777" w:rsidR="0023199C" w:rsidRPr="00206FCE" w:rsidRDefault="0023199C" w:rsidP="00857298">
            <w:pPr>
              <w:rPr>
                <w:sz w:val="24"/>
                <w:szCs w:val="24"/>
                <w:lang w:val="en-GB"/>
              </w:rPr>
            </w:pPr>
          </w:p>
        </w:tc>
        <w:tc>
          <w:tcPr>
            <w:tcW w:w="3456" w:type="dxa"/>
            <w:shd w:val="clear" w:color="auto" w:fill="D9EAF7"/>
            <w:vAlign w:val="center"/>
          </w:tcPr>
          <w:p w14:paraId="1C582196" w14:textId="77777777" w:rsidR="0023199C" w:rsidRPr="00206FCE" w:rsidRDefault="00864649" w:rsidP="00857298">
            <w:pPr>
              <w:rPr>
                <w:sz w:val="24"/>
                <w:szCs w:val="24"/>
                <w:lang w:val="en-GB"/>
              </w:rPr>
            </w:pPr>
            <w:r w:rsidRPr="00206FCE">
              <w:rPr>
                <w:b/>
                <w:sz w:val="24"/>
                <w:szCs w:val="24"/>
                <w:lang w:val="en-GB"/>
              </w:rPr>
              <w:t>First referee</w:t>
            </w:r>
          </w:p>
        </w:tc>
        <w:tc>
          <w:tcPr>
            <w:tcW w:w="3456" w:type="dxa"/>
            <w:shd w:val="clear" w:color="auto" w:fill="D9EAF7"/>
            <w:vAlign w:val="center"/>
          </w:tcPr>
          <w:p w14:paraId="7C0D414B" w14:textId="77777777" w:rsidR="0023199C" w:rsidRPr="00206FCE" w:rsidRDefault="00864649" w:rsidP="00857298">
            <w:pPr>
              <w:rPr>
                <w:sz w:val="24"/>
                <w:szCs w:val="24"/>
                <w:lang w:val="en-GB"/>
              </w:rPr>
            </w:pPr>
            <w:r w:rsidRPr="00206FCE">
              <w:rPr>
                <w:b/>
                <w:sz w:val="24"/>
                <w:szCs w:val="24"/>
                <w:lang w:val="en-GB"/>
              </w:rPr>
              <w:t>Second referee</w:t>
            </w:r>
          </w:p>
        </w:tc>
      </w:tr>
      <w:tr w:rsidR="0023199C" w:rsidRPr="00206FCE" w14:paraId="54B4BECB" w14:textId="77777777">
        <w:trPr>
          <w:cantSplit/>
          <w:jc w:val="center"/>
        </w:trPr>
        <w:tc>
          <w:tcPr>
            <w:tcW w:w="3456" w:type="dxa"/>
            <w:tcMar>
              <w:top w:w="80" w:type="dxa"/>
              <w:left w:w="100" w:type="dxa"/>
              <w:bottom w:w="80" w:type="dxa"/>
              <w:right w:w="100" w:type="dxa"/>
            </w:tcMar>
            <w:vAlign w:val="center"/>
          </w:tcPr>
          <w:p w14:paraId="39E3A503" w14:textId="77777777" w:rsidR="0023199C" w:rsidRPr="00206FCE" w:rsidRDefault="00864649" w:rsidP="00857298">
            <w:pPr>
              <w:rPr>
                <w:sz w:val="24"/>
                <w:szCs w:val="24"/>
                <w:lang w:val="en-GB"/>
              </w:rPr>
            </w:pPr>
            <w:r w:rsidRPr="00206FCE">
              <w:rPr>
                <w:b/>
                <w:sz w:val="24"/>
                <w:szCs w:val="24"/>
                <w:lang w:val="en-GB"/>
              </w:rPr>
              <w:t>Name</w:t>
            </w:r>
          </w:p>
        </w:tc>
        <w:tc>
          <w:tcPr>
            <w:tcW w:w="3456" w:type="dxa"/>
            <w:tcMar>
              <w:top w:w="80" w:type="dxa"/>
              <w:left w:w="100" w:type="dxa"/>
              <w:bottom w:w="80" w:type="dxa"/>
              <w:right w:w="100" w:type="dxa"/>
            </w:tcMar>
            <w:vAlign w:val="center"/>
          </w:tcPr>
          <w:p w14:paraId="6D3E2EDE" w14:textId="0ADDC8B7" w:rsidR="0023199C" w:rsidRPr="00206FCE" w:rsidRDefault="0023199C" w:rsidP="00857298">
            <w:pPr>
              <w:rPr>
                <w:sz w:val="24"/>
                <w:szCs w:val="24"/>
                <w:lang w:val="en-GB"/>
              </w:rPr>
            </w:pPr>
          </w:p>
        </w:tc>
        <w:tc>
          <w:tcPr>
            <w:tcW w:w="3456" w:type="dxa"/>
            <w:tcMar>
              <w:top w:w="80" w:type="dxa"/>
              <w:left w:w="100" w:type="dxa"/>
              <w:bottom w:w="80" w:type="dxa"/>
              <w:right w:w="100" w:type="dxa"/>
            </w:tcMar>
            <w:vAlign w:val="center"/>
          </w:tcPr>
          <w:p w14:paraId="0598DF22" w14:textId="7969D84A" w:rsidR="0023199C" w:rsidRPr="00206FCE" w:rsidRDefault="0023199C" w:rsidP="00857298">
            <w:pPr>
              <w:rPr>
                <w:sz w:val="24"/>
                <w:szCs w:val="24"/>
                <w:lang w:val="en-GB"/>
              </w:rPr>
            </w:pPr>
          </w:p>
        </w:tc>
      </w:tr>
      <w:tr w:rsidR="0023199C" w:rsidRPr="00206FCE" w14:paraId="21346CD0" w14:textId="77777777">
        <w:trPr>
          <w:cantSplit/>
          <w:jc w:val="center"/>
        </w:trPr>
        <w:tc>
          <w:tcPr>
            <w:tcW w:w="3456" w:type="dxa"/>
            <w:tcMar>
              <w:top w:w="80" w:type="dxa"/>
              <w:left w:w="100" w:type="dxa"/>
              <w:bottom w:w="80" w:type="dxa"/>
              <w:right w:w="100" w:type="dxa"/>
            </w:tcMar>
            <w:vAlign w:val="center"/>
          </w:tcPr>
          <w:p w14:paraId="3508485D" w14:textId="77777777" w:rsidR="0023199C" w:rsidRPr="00206FCE" w:rsidRDefault="00864649" w:rsidP="00857298">
            <w:pPr>
              <w:rPr>
                <w:sz w:val="24"/>
                <w:szCs w:val="24"/>
                <w:lang w:val="en-GB"/>
              </w:rPr>
            </w:pPr>
            <w:r w:rsidRPr="00206FCE">
              <w:rPr>
                <w:b/>
                <w:sz w:val="24"/>
                <w:szCs w:val="24"/>
                <w:lang w:val="en-GB"/>
              </w:rPr>
              <w:t>Job title / position</w:t>
            </w:r>
          </w:p>
        </w:tc>
        <w:tc>
          <w:tcPr>
            <w:tcW w:w="3456" w:type="dxa"/>
            <w:tcMar>
              <w:top w:w="80" w:type="dxa"/>
              <w:left w:w="100" w:type="dxa"/>
              <w:bottom w:w="80" w:type="dxa"/>
              <w:right w:w="100" w:type="dxa"/>
            </w:tcMar>
            <w:vAlign w:val="center"/>
          </w:tcPr>
          <w:p w14:paraId="19CCF0BA" w14:textId="6C9B777B" w:rsidR="0023199C" w:rsidRPr="00206FCE" w:rsidRDefault="0023199C" w:rsidP="00857298">
            <w:pPr>
              <w:rPr>
                <w:sz w:val="24"/>
                <w:szCs w:val="24"/>
                <w:lang w:val="en-GB"/>
              </w:rPr>
            </w:pPr>
          </w:p>
        </w:tc>
        <w:tc>
          <w:tcPr>
            <w:tcW w:w="3456" w:type="dxa"/>
            <w:tcMar>
              <w:top w:w="80" w:type="dxa"/>
              <w:left w:w="100" w:type="dxa"/>
              <w:bottom w:w="80" w:type="dxa"/>
              <w:right w:w="100" w:type="dxa"/>
            </w:tcMar>
            <w:vAlign w:val="center"/>
          </w:tcPr>
          <w:p w14:paraId="663BDA59" w14:textId="23439967" w:rsidR="0023199C" w:rsidRPr="00206FCE" w:rsidRDefault="0023199C" w:rsidP="00857298">
            <w:pPr>
              <w:rPr>
                <w:sz w:val="24"/>
                <w:szCs w:val="24"/>
                <w:lang w:val="en-GB"/>
              </w:rPr>
            </w:pPr>
          </w:p>
        </w:tc>
      </w:tr>
      <w:tr w:rsidR="0023199C" w:rsidRPr="00206FCE" w14:paraId="78527EE2" w14:textId="77777777">
        <w:trPr>
          <w:cantSplit/>
          <w:jc w:val="center"/>
        </w:trPr>
        <w:tc>
          <w:tcPr>
            <w:tcW w:w="3456" w:type="dxa"/>
            <w:tcMar>
              <w:top w:w="80" w:type="dxa"/>
              <w:left w:w="100" w:type="dxa"/>
              <w:bottom w:w="80" w:type="dxa"/>
              <w:right w:w="100" w:type="dxa"/>
            </w:tcMar>
            <w:vAlign w:val="center"/>
          </w:tcPr>
          <w:p w14:paraId="733F314A" w14:textId="77777777" w:rsidR="0023199C" w:rsidRPr="00206FCE" w:rsidRDefault="00864649" w:rsidP="00857298">
            <w:pPr>
              <w:rPr>
                <w:sz w:val="24"/>
                <w:szCs w:val="24"/>
                <w:lang w:val="en-GB"/>
              </w:rPr>
            </w:pPr>
            <w:r w:rsidRPr="00206FCE">
              <w:rPr>
                <w:b/>
                <w:sz w:val="24"/>
                <w:szCs w:val="24"/>
                <w:lang w:val="en-GB"/>
              </w:rPr>
              <w:t>Organisation</w:t>
            </w:r>
          </w:p>
        </w:tc>
        <w:tc>
          <w:tcPr>
            <w:tcW w:w="3456" w:type="dxa"/>
            <w:tcMar>
              <w:top w:w="80" w:type="dxa"/>
              <w:left w:w="100" w:type="dxa"/>
              <w:bottom w:w="80" w:type="dxa"/>
              <w:right w:w="100" w:type="dxa"/>
            </w:tcMar>
            <w:vAlign w:val="center"/>
          </w:tcPr>
          <w:p w14:paraId="5A52D9E5" w14:textId="7360D7A9" w:rsidR="0023199C" w:rsidRPr="00206FCE" w:rsidRDefault="0023199C" w:rsidP="00857298">
            <w:pPr>
              <w:rPr>
                <w:sz w:val="24"/>
                <w:szCs w:val="24"/>
                <w:lang w:val="en-GB"/>
              </w:rPr>
            </w:pPr>
          </w:p>
        </w:tc>
        <w:tc>
          <w:tcPr>
            <w:tcW w:w="3456" w:type="dxa"/>
            <w:tcMar>
              <w:top w:w="80" w:type="dxa"/>
              <w:left w:w="100" w:type="dxa"/>
              <w:bottom w:w="80" w:type="dxa"/>
              <w:right w:w="100" w:type="dxa"/>
            </w:tcMar>
            <w:vAlign w:val="center"/>
          </w:tcPr>
          <w:p w14:paraId="377E0354" w14:textId="653E6707" w:rsidR="0023199C" w:rsidRPr="00206FCE" w:rsidRDefault="0023199C" w:rsidP="00857298">
            <w:pPr>
              <w:rPr>
                <w:sz w:val="24"/>
                <w:szCs w:val="24"/>
                <w:lang w:val="en-GB"/>
              </w:rPr>
            </w:pPr>
          </w:p>
        </w:tc>
      </w:tr>
      <w:tr w:rsidR="0023199C" w:rsidRPr="00206FCE" w14:paraId="3251C630" w14:textId="77777777">
        <w:trPr>
          <w:cantSplit/>
          <w:jc w:val="center"/>
        </w:trPr>
        <w:tc>
          <w:tcPr>
            <w:tcW w:w="3456" w:type="dxa"/>
            <w:tcMar>
              <w:top w:w="80" w:type="dxa"/>
              <w:left w:w="100" w:type="dxa"/>
              <w:bottom w:w="80" w:type="dxa"/>
              <w:right w:w="100" w:type="dxa"/>
            </w:tcMar>
            <w:vAlign w:val="center"/>
          </w:tcPr>
          <w:p w14:paraId="0FDAAE59" w14:textId="77777777" w:rsidR="0023199C" w:rsidRPr="00206FCE" w:rsidRDefault="00864649" w:rsidP="00857298">
            <w:pPr>
              <w:rPr>
                <w:sz w:val="24"/>
                <w:szCs w:val="24"/>
                <w:lang w:val="en-GB"/>
              </w:rPr>
            </w:pPr>
            <w:r w:rsidRPr="00206FCE">
              <w:rPr>
                <w:b/>
                <w:sz w:val="24"/>
                <w:szCs w:val="24"/>
                <w:lang w:val="en-GB"/>
              </w:rPr>
              <w:t>Professional email address</w:t>
            </w:r>
          </w:p>
        </w:tc>
        <w:tc>
          <w:tcPr>
            <w:tcW w:w="3456" w:type="dxa"/>
            <w:tcMar>
              <w:top w:w="80" w:type="dxa"/>
              <w:left w:w="100" w:type="dxa"/>
              <w:bottom w:w="80" w:type="dxa"/>
              <w:right w:w="100" w:type="dxa"/>
            </w:tcMar>
            <w:vAlign w:val="center"/>
          </w:tcPr>
          <w:p w14:paraId="535F44C1" w14:textId="26036278" w:rsidR="0023199C" w:rsidRPr="00206FCE" w:rsidRDefault="0023199C" w:rsidP="00857298">
            <w:pPr>
              <w:rPr>
                <w:sz w:val="24"/>
                <w:szCs w:val="24"/>
                <w:lang w:val="en-GB"/>
              </w:rPr>
            </w:pPr>
          </w:p>
        </w:tc>
        <w:tc>
          <w:tcPr>
            <w:tcW w:w="3456" w:type="dxa"/>
            <w:tcMar>
              <w:top w:w="80" w:type="dxa"/>
              <w:left w:w="100" w:type="dxa"/>
              <w:bottom w:w="80" w:type="dxa"/>
              <w:right w:w="100" w:type="dxa"/>
            </w:tcMar>
            <w:vAlign w:val="center"/>
          </w:tcPr>
          <w:p w14:paraId="08DD7157" w14:textId="6AE550C9" w:rsidR="0023199C" w:rsidRPr="00206FCE" w:rsidRDefault="0023199C" w:rsidP="00857298">
            <w:pPr>
              <w:rPr>
                <w:sz w:val="24"/>
                <w:szCs w:val="24"/>
                <w:lang w:val="en-GB"/>
              </w:rPr>
            </w:pPr>
          </w:p>
        </w:tc>
      </w:tr>
      <w:tr w:rsidR="0023199C" w:rsidRPr="00206FCE" w14:paraId="09DCFDA9" w14:textId="77777777">
        <w:trPr>
          <w:cantSplit/>
          <w:jc w:val="center"/>
        </w:trPr>
        <w:tc>
          <w:tcPr>
            <w:tcW w:w="3456" w:type="dxa"/>
            <w:tcMar>
              <w:top w:w="80" w:type="dxa"/>
              <w:left w:w="100" w:type="dxa"/>
              <w:bottom w:w="80" w:type="dxa"/>
              <w:right w:w="100" w:type="dxa"/>
            </w:tcMar>
            <w:vAlign w:val="center"/>
          </w:tcPr>
          <w:p w14:paraId="062CE008" w14:textId="77777777" w:rsidR="0023199C" w:rsidRPr="00206FCE" w:rsidRDefault="00864649" w:rsidP="00857298">
            <w:pPr>
              <w:rPr>
                <w:sz w:val="24"/>
                <w:szCs w:val="24"/>
                <w:lang w:val="en-GB"/>
              </w:rPr>
            </w:pPr>
            <w:r w:rsidRPr="00206FCE">
              <w:rPr>
                <w:b/>
                <w:sz w:val="24"/>
                <w:szCs w:val="24"/>
                <w:lang w:val="en-GB"/>
              </w:rPr>
              <w:t>Telephone</w:t>
            </w:r>
          </w:p>
        </w:tc>
        <w:tc>
          <w:tcPr>
            <w:tcW w:w="3456" w:type="dxa"/>
            <w:tcMar>
              <w:top w:w="80" w:type="dxa"/>
              <w:left w:w="100" w:type="dxa"/>
              <w:bottom w:w="80" w:type="dxa"/>
              <w:right w:w="100" w:type="dxa"/>
            </w:tcMar>
            <w:vAlign w:val="center"/>
          </w:tcPr>
          <w:p w14:paraId="029B360D" w14:textId="7A591BE3" w:rsidR="0023199C" w:rsidRPr="00206FCE" w:rsidRDefault="0023199C" w:rsidP="00857298">
            <w:pPr>
              <w:rPr>
                <w:sz w:val="24"/>
                <w:szCs w:val="24"/>
                <w:lang w:val="en-GB"/>
              </w:rPr>
            </w:pPr>
          </w:p>
        </w:tc>
        <w:tc>
          <w:tcPr>
            <w:tcW w:w="3456" w:type="dxa"/>
            <w:tcMar>
              <w:top w:w="80" w:type="dxa"/>
              <w:left w:w="100" w:type="dxa"/>
              <w:bottom w:w="80" w:type="dxa"/>
              <w:right w:w="100" w:type="dxa"/>
            </w:tcMar>
            <w:vAlign w:val="center"/>
          </w:tcPr>
          <w:p w14:paraId="17754B78" w14:textId="478FD0D2" w:rsidR="0023199C" w:rsidRPr="00206FCE" w:rsidRDefault="0023199C" w:rsidP="00857298">
            <w:pPr>
              <w:rPr>
                <w:sz w:val="24"/>
                <w:szCs w:val="24"/>
                <w:lang w:val="en-GB"/>
              </w:rPr>
            </w:pPr>
          </w:p>
        </w:tc>
      </w:tr>
      <w:tr w:rsidR="0023199C" w:rsidRPr="00206FCE" w14:paraId="63EF1464" w14:textId="77777777">
        <w:trPr>
          <w:cantSplit/>
          <w:jc w:val="center"/>
        </w:trPr>
        <w:tc>
          <w:tcPr>
            <w:tcW w:w="3456" w:type="dxa"/>
            <w:tcMar>
              <w:top w:w="80" w:type="dxa"/>
              <w:left w:w="100" w:type="dxa"/>
              <w:bottom w:w="80" w:type="dxa"/>
              <w:right w:w="100" w:type="dxa"/>
            </w:tcMar>
            <w:vAlign w:val="center"/>
          </w:tcPr>
          <w:p w14:paraId="7DFBF650" w14:textId="77777777" w:rsidR="0023199C" w:rsidRPr="00206FCE" w:rsidRDefault="00864649" w:rsidP="00857298">
            <w:pPr>
              <w:rPr>
                <w:sz w:val="24"/>
                <w:szCs w:val="24"/>
                <w:lang w:val="en-GB"/>
              </w:rPr>
            </w:pPr>
            <w:r w:rsidRPr="00206FCE">
              <w:rPr>
                <w:b/>
                <w:sz w:val="24"/>
                <w:szCs w:val="24"/>
                <w:lang w:val="en-GB"/>
              </w:rPr>
              <w:t>How do they know you?</w:t>
            </w:r>
          </w:p>
        </w:tc>
        <w:tc>
          <w:tcPr>
            <w:tcW w:w="3456" w:type="dxa"/>
            <w:tcMar>
              <w:top w:w="80" w:type="dxa"/>
              <w:left w:w="100" w:type="dxa"/>
              <w:bottom w:w="80" w:type="dxa"/>
              <w:right w:w="100" w:type="dxa"/>
            </w:tcMar>
            <w:vAlign w:val="center"/>
          </w:tcPr>
          <w:p w14:paraId="46254490" w14:textId="734ADDC8" w:rsidR="0023199C" w:rsidRPr="00206FCE" w:rsidRDefault="0023199C" w:rsidP="00857298">
            <w:pPr>
              <w:rPr>
                <w:sz w:val="24"/>
                <w:szCs w:val="24"/>
                <w:lang w:val="en-GB"/>
              </w:rPr>
            </w:pPr>
          </w:p>
        </w:tc>
        <w:tc>
          <w:tcPr>
            <w:tcW w:w="3456" w:type="dxa"/>
            <w:tcMar>
              <w:top w:w="80" w:type="dxa"/>
              <w:left w:w="100" w:type="dxa"/>
              <w:bottom w:w="80" w:type="dxa"/>
              <w:right w:w="100" w:type="dxa"/>
            </w:tcMar>
            <w:vAlign w:val="center"/>
          </w:tcPr>
          <w:p w14:paraId="1EC41890" w14:textId="1A2B252A" w:rsidR="0023199C" w:rsidRPr="00206FCE" w:rsidRDefault="0023199C" w:rsidP="00857298">
            <w:pPr>
              <w:rPr>
                <w:sz w:val="24"/>
                <w:szCs w:val="24"/>
                <w:lang w:val="en-GB"/>
              </w:rPr>
            </w:pPr>
          </w:p>
        </w:tc>
      </w:tr>
      <w:tr w:rsidR="0023199C" w:rsidRPr="00206FCE" w14:paraId="4C64C329" w14:textId="77777777">
        <w:trPr>
          <w:cantSplit/>
          <w:jc w:val="center"/>
        </w:trPr>
        <w:tc>
          <w:tcPr>
            <w:tcW w:w="3456" w:type="dxa"/>
            <w:tcMar>
              <w:top w:w="80" w:type="dxa"/>
              <w:left w:w="100" w:type="dxa"/>
              <w:bottom w:w="80" w:type="dxa"/>
              <w:right w:w="100" w:type="dxa"/>
            </w:tcMar>
            <w:vAlign w:val="center"/>
          </w:tcPr>
          <w:p w14:paraId="65EE367D" w14:textId="77777777" w:rsidR="0023199C" w:rsidRPr="00206FCE" w:rsidRDefault="00864649" w:rsidP="00857298">
            <w:pPr>
              <w:rPr>
                <w:sz w:val="24"/>
                <w:szCs w:val="24"/>
                <w:lang w:val="en-GB"/>
              </w:rPr>
            </w:pPr>
            <w:r w:rsidRPr="00206FCE">
              <w:rPr>
                <w:b/>
                <w:sz w:val="24"/>
                <w:szCs w:val="24"/>
                <w:lang w:val="en-GB"/>
              </w:rPr>
              <w:t>Dates / length of professional relationship</w:t>
            </w:r>
          </w:p>
        </w:tc>
        <w:tc>
          <w:tcPr>
            <w:tcW w:w="3456" w:type="dxa"/>
            <w:tcMar>
              <w:top w:w="80" w:type="dxa"/>
              <w:left w:w="100" w:type="dxa"/>
              <w:bottom w:w="80" w:type="dxa"/>
              <w:right w:w="100" w:type="dxa"/>
            </w:tcMar>
            <w:vAlign w:val="center"/>
          </w:tcPr>
          <w:p w14:paraId="7EAD4467" w14:textId="043D7821" w:rsidR="0023199C" w:rsidRPr="00206FCE" w:rsidRDefault="0023199C" w:rsidP="00857298">
            <w:pPr>
              <w:rPr>
                <w:sz w:val="24"/>
                <w:szCs w:val="24"/>
                <w:lang w:val="en-GB"/>
              </w:rPr>
            </w:pPr>
          </w:p>
        </w:tc>
        <w:tc>
          <w:tcPr>
            <w:tcW w:w="3456" w:type="dxa"/>
            <w:tcMar>
              <w:top w:w="80" w:type="dxa"/>
              <w:left w:w="100" w:type="dxa"/>
              <w:bottom w:w="80" w:type="dxa"/>
              <w:right w:w="100" w:type="dxa"/>
            </w:tcMar>
            <w:vAlign w:val="center"/>
          </w:tcPr>
          <w:p w14:paraId="5826324E" w14:textId="4536427C" w:rsidR="0023199C" w:rsidRPr="00206FCE" w:rsidRDefault="0023199C" w:rsidP="00857298">
            <w:pPr>
              <w:rPr>
                <w:sz w:val="24"/>
                <w:szCs w:val="24"/>
                <w:lang w:val="en-GB"/>
              </w:rPr>
            </w:pPr>
          </w:p>
        </w:tc>
      </w:tr>
    </w:tbl>
    <w:p w14:paraId="13CC9A75" w14:textId="77777777" w:rsidR="00857298" w:rsidRPr="00206FCE" w:rsidRDefault="00857298" w:rsidP="00857298">
      <w:pPr>
        <w:rPr>
          <w:sz w:val="24"/>
          <w:szCs w:val="24"/>
          <w:lang w:val="en-GB"/>
        </w:rPr>
      </w:pPr>
    </w:p>
    <w:p w14:paraId="509FDA27" w14:textId="27B2DCC8" w:rsidR="0023199C" w:rsidRPr="00206FCE" w:rsidRDefault="00864649" w:rsidP="00857298">
      <w:pPr>
        <w:rPr>
          <w:sz w:val="24"/>
          <w:szCs w:val="24"/>
          <w:lang w:val="en-GB"/>
        </w:rPr>
      </w:pPr>
      <w:r w:rsidRPr="00206FCE">
        <w:rPr>
          <w:sz w:val="24"/>
          <w:szCs w:val="24"/>
          <w:lang w:val="en-GB"/>
        </w:rPr>
        <w:t>If you are unable to provide two professional referees, please explain why below. The Academy will decide whether an alternative appropriate referee can be accepted; a personal friend will not be accepted.</w:t>
      </w:r>
    </w:p>
    <w:p w14:paraId="440260FB" w14:textId="6E1DCBC1" w:rsidR="00206FCE" w:rsidRDefault="00206FCE">
      <w:pPr>
        <w:spacing w:after="200"/>
        <w:rPr>
          <w:lang w:val="en-GB"/>
        </w:rPr>
      </w:pPr>
      <w:r>
        <w:rPr>
          <w:lang w:val="en-GB"/>
        </w:rPr>
        <w:br w:type="page"/>
      </w:r>
    </w:p>
    <w:p w14:paraId="081E9A63" w14:textId="77777777" w:rsidR="00E80CA7" w:rsidRPr="00206FCE" w:rsidRDefault="00E80CA7">
      <w:pPr>
        <w:rPr>
          <w:lang w:val="en-GB"/>
        </w:rPr>
      </w:pPr>
    </w:p>
    <w:tbl>
      <w:tblPr>
        <w:tblW w:w="0" w:type="auto"/>
        <w:jc w:val="center"/>
        <w:tblLook w:val="04A0" w:firstRow="1" w:lastRow="0" w:firstColumn="1" w:lastColumn="0" w:noHBand="0" w:noVBand="1"/>
      </w:tblPr>
      <w:tblGrid>
        <w:gridCol w:w="10368"/>
      </w:tblGrid>
      <w:tr w:rsidR="003D5A21" w:rsidRPr="00206FCE" w14:paraId="631B997A" w14:textId="77777777" w:rsidTr="00F818EA">
        <w:trPr>
          <w:cantSplit/>
          <w:jc w:val="center"/>
        </w:trPr>
        <w:tc>
          <w:tcPr>
            <w:tcW w:w="10368" w:type="dxa"/>
            <w:shd w:val="clear" w:color="auto" w:fill="1F4E79"/>
            <w:tcMar>
              <w:top w:w="100" w:type="dxa"/>
              <w:left w:w="130" w:type="dxa"/>
              <w:bottom w:w="100" w:type="dxa"/>
              <w:right w:w="130" w:type="dxa"/>
            </w:tcMar>
            <w:vAlign w:val="center"/>
          </w:tcPr>
          <w:p w14:paraId="7E3C1C6E" w14:textId="7C59F976" w:rsidR="003D5A21" w:rsidRPr="00206FCE" w:rsidRDefault="003D5A21" w:rsidP="003D5A21">
            <w:pPr>
              <w:pStyle w:val="Heading1"/>
              <w:rPr>
                <w:lang w:val="en-GB"/>
              </w:rPr>
            </w:pPr>
            <w:r w:rsidRPr="00206FCE">
              <w:rPr>
                <w:lang w:val="en-GB"/>
              </w:rPr>
              <w:t>6. ELIGIBILITY TO VOLUNTEER / IMMIGRATION STATUS</w:t>
            </w:r>
          </w:p>
        </w:tc>
      </w:tr>
    </w:tbl>
    <w:p w14:paraId="261E6FA8" w14:textId="1CB28E9A" w:rsidR="00305E85" w:rsidRDefault="00206FCE">
      <w:pPr>
        <w:rPr>
          <w:sz w:val="24"/>
          <w:szCs w:val="24"/>
          <w:lang w:val="en-GB"/>
        </w:rPr>
      </w:pPr>
      <w:r w:rsidRPr="00206FCE">
        <w:rPr>
          <w:sz w:val="24"/>
          <w:szCs w:val="24"/>
          <w:lang w:val="en-GB"/>
        </w:rPr>
        <w:t>The Trust will check that you are permitted to undertake the proposed volunteering activities in the UK. You will  be asked to provide appropriate original identification or evidence of your immigration status. This may include an online immigration status/share-code check where applicable.</w:t>
      </w:r>
    </w:p>
    <w:p w14:paraId="1370D768" w14:textId="6F788158" w:rsidR="00206FCE" w:rsidRDefault="00206FCE">
      <w:pPr>
        <w:rPr>
          <w:sz w:val="24"/>
          <w:szCs w:val="24"/>
          <w:lang w:val="en-GB"/>
        </w:rPr>
      </w:pPr>
      <w:r w:rsidRPr="00206FCE">
        <w:rPr>
          <w:sz w:val="24"/>
          <w:szCs w:val="24"/>
          <w:lang w:val="en-GB"/>
        </w:rPr>
        <w:t>Volunteering must remain genuinely voluntary and does not create a contract of employment or an obligation to work. Any immigration restrictions that apply to you must permit the activities and volunteering arrangement proposed by the Academy.</w:t>
      </w:r>
    </w:p>
    <w:tbl>
      <w:tblPr>
        <w:tblW w:w="0" w:type="auto"/>
        <w:jc w:val="center"/>
        <w:tblLook w:val="04A0" w:firstRow="1" w:lastRow="0" w:firstColumn="1" w:lastColumn="0" w:noHBand="0" w:noVBand="1"/>
      </w:tblPr>
      <w:tblGrid>
        <w:gridCol w:w="10368"/>
      </w:tblGrid>
      <w:tr w:rsidR="0023199C" w:rsidRPr="00206FCE" w14:paraId="0129C3AE" w14:textId="77777777">
        <w:trPr>
          <w:cantSplit/>
          <w:jc w:val="center"/>
        </w:trPr>
        <w:tc>
          <w:tcPr>
            <w:tcW w:w="10368" w:type="dxa"/>
            <w:shd w:val="clear" w:color="auto" w:fill="1F4E79"/>
            <w:tcMar>
              <w:top w:w="100" w:type="dxa"/>
              <w:left w:w="130" w:type="dxa"/>
              <w:bottom w:w="100" w:type="dxa"/>
              <w:right w:w="130" w:type="dxa"/>
            </w:tcMar>
            <w:vAlign w:val="center"/>
          </w:tcPr>
          <w:p w14:paraId="1219C1BA" w14:textId="4F590B97" w:rsidR="0023199C" w:rsidRPr="00206FCE" w:rsidRDefault="00864649" w:rsidP="003D5A21">
            <w:pPr>
              <w:pStyle w:val="Heading1"/>
              <w:rPr>
                <w:lang w:val="en-GB"/>
              </w:rPr>
            </w:pPr>
            <w:r w:rsidRPr="00206FCE">
              <w:rPr>
                <w:lang w:val="en-GB"/>
              </w:rPr>
              <w:t>7. SAFEGUARDING AND DBS CHECKS</w:t>
            </w:r>
          </w:p>
        </w:tc>
      </w:tr>
    </w:tbl>
    <w:p w14:paraId="0E10DB86" w14:textId="77777777" w:rsidR="002860F0" w:rsidRPr="00206FCE" w:rsidRDefault="00864649" w:rsidP="00857298">
      <w:pPr>
        <w:rPr>
          <w:sz w:val="24"/>
          <w:szCs w:val="24"/>
          <w:lang w:val="en-GB"/>
        </w:rPr>
      </w:pPr>
      <w:r w:rsidRPr="00206FCE">
        <w:rPr>
          <w:sz w:val="24"/>
          <w:szCs w:val="24"/>
          <w:lang w:val="en-GB"/>
        </w:rPr>
        <w:t xml:space="preserve">All volunteers with Inspiring Futures Partnership Trust are required to complete an </w:t>
      </w:r>
      <w:r w:rsidR="00305E85" w:rsidRPr="00206FCE">
        <w:rPr>
          <w:sz w:val="24"/>
          <w:szCs w:val="24"/>
          <w:lang w:val="en-GB"/>
        </w:rPr>
        <w:t xml:space="preserve">Enhanced </w:t>
      </w:r>
      <w:r w:rsidRPr="00206FCE">
        <w:rPr>
          <w:sz w:val="24"/>
          <w:szCs w:val="24"/>
          <w:lang w:val="en-GB"/>
        </w:rPr>
        <w:t xml:space="preserve">DBS check before they begin volunteering. Where a volunteer teaches, trains, instructs, cares for or supervises children on more than three days within any 30-day period, the role is regulated activity with children and an Enhanced DBS check with Children’s Barred List information is required. </w:t>
      </w:r>
    </w:p>
    <w:p w14:paraId="778D01A6" w14:textId="37DF56C7" w:rsidR="0023199C" w:rsidRPr="00206FCE" w:rsidRDefault="00864649" w:rsidP="00857298">
      <w:pPr>
        <w:rPr>
          <w:sz w:val="24"/>
          <w:szCs w:val="24"/>
          <w:lang w:val="en-GB"/>
        </w:rPr>
      </w:pPr>
      <w:r w:rsidRPr="00206FCE">
        <w:rPr>
          <w:sz w:val="24"/>
          <w:szCs w:val="24"/>
          <w:lang w:val="en-GB"/>
        </w:rPr>
        <w:t>The Academy will assess the proposed duties and frequency of attendance and determine the appropriate check. You must not begin volunteering until the Academy confirms that all required safeguarding checks have been completed and you are authorised to start.</w:t>
      </w:r>
    </w:p>
    <w:tbl>
      <w:tblPr>
        <w:tblStyle w:val="TableGrid"/>
        <w:tblW w:w="0" w:type="auto"/>
        <w:jc w:val="center"/>
        <w:tblLook w:val="04A0" w:firstRow="1" w:lastRow="0" w:firstColumn="1" w:lastColumn="0" w:noHBand="0" w:noVBand="1"/>
      </w:tblPr>
      <w:tblGrid>
        <w:gridCol w:w="4287"/>
        <w:gridCol w:w="6048"/>
      </w:tblGrid>
      <w:tr w:rsidR="0023199C" w:rsidRPr="00206FCE" w14:paraId="432562D2" w14:textId="77777777" w:rsidTr="002F5554">
        <w:trPr>
          <w:cantSplit/>
          <w:jc w:val="center"/>
        </w:trPr>
        <w:tc>
          <w:tcPr>
            <w:tcW w:w="4287" w:type="dxa"/>
            <w:tcMar>
              <w:top w:w="80" w:type="dxa"/>
              <w:left w:w="100" w:type="dxa"/>
              <w:bottom w:w="80" w:type="dxa"/>
              <w:right w:w="100" w:type="dxa"/>
            </w:tcMar>
            <w:vAlign w:val="center"/>
          </w:tcPr>
          <w:p w14:paraId="77852C6C" w14:textId="77777777" w:rsidR="0023199C" w:rsidRPr="00206FCE" w:rsidRDefault="00864649" w:rsidP="00857298">
            <w:pPr>
              <w:spacing w:after="0"/>
              <w:rPr>
                <w:sz w:val="24"/>
                <w:szCs w:val="24"/>
                <w:lang w:val="en-GB"/>
              </w:rPr>
            </w:pPr>
            <w:r w:rsidRPr="00206FCE">
              <w:rPr>
                <w:b/>
                <w:sz w:val="24"/>
                <w:szCs w:val="24"/>
                <w:lang w:val="en-GB"/>
              </w:rPr>
              <w:t>Are you currently subscribed to the DBS Update Service?</w:t>
            </w:r>
          </w:p>
        </w:tc>
        <w:tc>
          <w:tcPr>
            <w:tcW w:w="6048" w:type="dxa"/>
            <w:tcMar>
              <w:top w:w="80" w:type="dxa"/>
              <w:left w:w="100" w:type="dxa"/>
              <w:bottom w:w="80" w:type="dxa"/>
              <w:right w:w="100" w:type="dxa"/>
            </w:tcMar>
            <w:vAlign w:val="center"/>
          </w:tcPr>
          <w:p w14:paraId="4B061376" w14:textId="77777777" w:rsidR="0023199C" w:rsidRPr="00206FCE" w:rsidRDefault="00864649" w:rsidP="00857298">
            <w:pPr>
              <w:spacing w:after="0"/>
              <w:rPr>
                <w:sz w:val="24"/>
                <w:szCs w:val="24"/>
                <w:lang w:val="en-GB"/>
              </w:rPr>
            </w:pPr>
            <w:r w:rsidRPr="00206FCE">
              <w:rPr>
                <w:sz w:val="24"/>
                <w:szCs w:val="24"/>
                <w:lang w:val="en-GB"/>
              </w:rPr>
              <w:t>☐ Yes   ☐ No</w:t>
            </w:r>
          </w:p>
        </w:tc>
      </w:tr>
      <w:tr w:rsidR="0023199C" w:rsidRPr="00206FCE" w14:paraId="3C16EF43" w14:textId="77777777" w:rsidTr="002F5554">
        <w:trPr>
          <w:cantSplit/>
          <w:jc w:val="center"/>
        </w:trPr>
        <w:tc>
          <w:tcPr>
            <w:tcW w:w="4287" w:type="dxa"/>
            <w:tcMar>
              <w:top w:w="80" w:type="dxa"/>
              <w:left w:w="100" w:type="dxa"/>
              <w:bottom w:w="80" w:type="dxa"/>
              <w:right w:w="100" w:type="dxa"/>
            </w:tcMar>
            <w:vAlign w:val="center"/>
          </w:tcPr>
          <w:p w14:paraId="0C4CDAAC" w14:textId="77777777" w:rsidR="0023199C" w:rsidRPr="00206FCE" w:rsidRDefault="00864649" w:rsidP="00857298">
            <w:pPr>
              <w:spacing w:after="0"/>
              <w:rPr>
                <w:sz w:val="24"/>
                <w:szCs w:val="24"/>
                <w:lang w:val="en-GB"/>
              </w:rPr>
            </w:pPr>
            <w:r w:rsidRPr="00206FCE">
              <w:rPr>
                <w:b/>
                <w:sz w:val="24"/>
                <w:szCs w:val="24"/>
                <w:lang w:val="en-GB"/>
              </w:rPr>
              <w:t>If yes, DBS certificate number:</w:t>
            </w:r>
          </w:p>
        </w:tc>
        <w:tc>
          <w:tcPr>
            <w:tcW w:w="6048" w:type="dxa"/>
            <w:tcMar>
              <w:top w:w="80" w:type="dxa"/>
              <w:left w:w="100" w:type="dxa"/>
              <w:bottom w:w="80" w:type="dxa"/>
              <w:right w:w="100" w:type="dxa"/>
            </w:tcMar>
            <w:vAlign w:val="center"/>
          </w:tcPr>
          <w:p w14:paraId="7B6DBDCA" w14:textId="253BD873" w:rsidR="0023199C" w:rsidRPr="00206FCE" w:rsidRDefault="0023199C" w:rsidP="00857298">
            <w:pPr>
              <w:spacing w:after="0"/>
              <w:rPr>
                <w:sz w:val="24"/>
                <w:szCs w:val="24"/>
                <w:lang w:val="en-GB"/>
              </w:rPr>
            </w:pPr>
          </w:p>
        </w:tc>
      </w:tr>
      <w:tr w:rsidR="0023199C" w:rsidRPr="00206FCE" w14:paraId="3855E65B" w14:textId="77777777" w:rsidTr="002F5554">
        <w:trPr>
          <w:cantSplit/>
          <w:jc w:val="center"/>
        </w:trPr>
        <w:tc>
          <w:tcPr>
            <w:tcW w:w="4287" w:type="dxa"/>
            <w:tcMar>
              <w:top w:w="80" w:type="dxa"/>
              <w:left w:w="100" w:type="dxa"/>
              <w:bottom w:w="80" w:type="dxa"/>
              <w:right w:w="100" w:type="dxa"/>
            </w:tcMar>
            <w:vAlign w:val="center"/>
          </w:tcPr>
          <w:p w14:paraId="56E5A100" w14:textId="77777777" w:rsidR="0023199C" w:rsidRPr="00206FCE" w:rsidRDefault="00864649" w:rsidP="00857298">
            <w:pPr>
              <w:spacing w:after="0"/>
              <w:rPr>
                <w:sz w:val="24"/>
                <w:szCs w:val="24"/>
                <w:lang w:val="en-GB"/>
              </w:rPr>
            </w:pPr>
            <w:r w:rsidRPr="00206FCE">
              <w:rPr>
                <w:b/>
                <w:sz w:val="24"/>
                <w:szCs w:val="24"/>
                <w:lang w:val="en-GB"/>
              </w:rPr>
              <w:t>Date of DBS certificate:</w:t>
            </w:r>
          </w:p>
        </w:tc>
        <w:tc>
          <w:tcPr>
            <w:tcW w:w="6048" w:type="dxa"/>
            <w:tcMar>
              <w:top w:w="80" w:type="dxa"/>
              <w:left w:w="100" w:type="dxa"/>
              <w:bottom w:w="80" w:type="dxa"/>
              <w:right w:w="100" w:type="dxa"/>
            </w:tcMar>
            <w:vAlign w:val="center"/>
          </w:tcPr>
          <w:p w14:paraId="425E57AA" w14:textId="4F42E3D6" w:rsidR="0023199C" w:rsidRPr="00206FCE" w:rsidRDefault="0023199C" w:rsidP="00857298">
            <w:pPr>
              <w:spacing w:after="0"/>
              <w:rPr>
                <w:sz w:val="24"/>
                <w:szCs w:val="24"/>
                <w:lang w:val="en-GB"/>
              </w:rPr>
            </w:pPr>
          </w:p>
        </w:tc>
      </w:tr>
      <w:tr w:rsidR="002F5554" w:rsidRPr="00206FCE" w14:paraId="38BF3ADD" w14:textId="77777777" w:rsidTr="002F5554">
        <w:trPr>
          <w:cantSplit/>
          <w:jc w:val="center"/>
        </w:trPr>
        <w:tc>
          <w:tcPr>
            <w:tcW w:w="4287" w:type="dxa"/>
            <w:tcMar>
              <w:top w:w="80" w:type="dxa"/>
              <w:left w:w="100" w:type="dxa"/>
              <w:bottom w:w="80" w:type="dxa"/>
              <w:right w:w="100" w:type="dxa"/>
            </w:tcMar>
            <w:vAlign w:val="center"/>
          </w:tcPr>
          <w:p w14:paraId="0811D0A6" w14:textId="5293BEAF" w:rsidR="002F5554" w:rsidRPr="00206FCE" w:rsidRDefault="002F5554" w:rsidP="002F5554">
            <w:pPr>
              <w:spacing w:after="0"/>
              <w:rPr>
                <w:b/>
                <w:sz w:val="24"/>
                <w:szCs w:val="24"/>
                <w:lang w:val="en-GB"/>
              </w:rPr>
            </w:pPr>
            <w:r w:rsidRPr="00206FCE">
              <w:rPr>
                <w:b/>
                <w:sz w:val="24"/>
                <w:szCs w:val="24"/>
                <w:lang w:val="en-GB"/>
              </w:rPr>
              <w:t>Do you consent to IFPT carrying out a DBS Check</w:t>
            </w:r>
          </w:p>
        </w:tc>
        <w:tc>
          <w:tcPr>
            <w:tcW w:w="6048" w:type="dxa"/>
            <w:tcMar>
              <w:top w:w="80" w:type="dxa"/>
              <w:left w:w="100" w:type="dxa"/>
              <w:bottom w:w="80" w:type="dxa"/>
              <w:right w:w="100" w:type="dxa"/>
            </w:tcMar>
            <w:vAlign w:val="center"/>
          </w:tcPr>
          <w:p w14:paraId="2E7E2787" w14:textId="3D8C4A52" w:rsidR="002F5554" w:rsidRPr="00206FCE" w:rsidRDefault="002F5554" w:rsidP="002F5554">
            <w:pPr>
              <w:spacing w:after="0"/>
              <w:rPr>
                <w:sz w:val="24"/>
                <w:szCs w:val="24"/>
                <w:lang w:val="en-GB"/>
              </w:rPr>
            </w:pPr>
            <w:r w:rsidRPr="00206FCE">
              <w:rPr>
                <w:sz w:val="24"/>
                <w:szCs w:val="24"/>
                <w:lang w:val="en-GB"/>
              </w:rPr>
              <w:t>☐ Yes   ☐ No</w:t>
            </w:r>
          </w:p>
        </w:tc>
      </w:tr>
    </w:tbl>
    <w:p w14:paraId="538A989B" w14:textId="77777777" w:rsidR="00305E85" w:rsidRPr="00206FCE" w:rsidRDefault="00305E85" w:rsidP="00857298">
      <w:pPr>
        <w:rPr>
          <w:b/>
          <w:sz w:val="24"/>
          <w:szCs w:val="24"/>
          <w:lang w:val="en-GB"/>
        </w:rPr>
      </w:pPr>
    </w:p>
    <w:p w14:paraId="092F7505" w14:textId="1A25D169" w:rsidR="005B4E87" w:rsidRPr="00206FCE" w:rsidRDefault="00864649" w:rsidP="00857298">
      <w:pPr>
        <w:rPr>
          <w:sz w:val="24"/>
          <w:szCs w:val="24"/>
          <w:lang w:val="en-GB"/>
        </w:rPr>
      </w:pPr>
      <w:r w:rsidRPr="00206FCE">
        <w:rPr>
          <w:b/>
          <w:sz w:val="24"/>
          <w:szCs w:val="24"/>
          <w:lang w:val="en-GB"/>
        </w:rPr>
        <w:t xml:space="preserve">Note: </w:t>
      </w:r>
      <w:r w:rsidRPr="00206FCE">
        <w:rPr>
          <w:sz w:val="24"/>
          <w:szCs w:val="24"/>
          <w:lang w:val="en-GB"/>
        </w:rPr>
        <w:t xml:space="preserve">Standard and Enhanced DBS checks for eligible volunteer positions are provided by the DBS without an applicant fee, although the Trust </w:t>
      </w:r>
      <w:r w:rsidR="002860F0" w:rsidRPr="00206FCE">
        <w:rPr>
          <w:sz w:val="24"/>
          <w:szCs w:val="24"/>
          <w:lang w:val="en-GB"/>
        </w:rPr>
        <w:t>does</w:t>
      </w:r>
      <w:r w:rsidRPr="00206FCE">
        <w:rPr>
          <w:sz w:val="24"/>
          <w:szCs w:val="24"/>
          <w:lang w:val="en-GB"/>
        </w:rPr>
        <w:t xml:space="preserve"> incur administration</w:t>
      </w:r>
      <w:r w:rsidR="002860F0" w:rsidRPr="00206FCE">
        <w:rPr>
          <w:sz w:val="24"/>
          <w:szCs w:val="24"/>
          <w:lang w:val="en-GB"/>
        </w:rPr>
        <w:t xml:space="preserve"> </w:t>
      </w:r>
      <w:r w:rsidRPr="00206FCE">
        <w:rPr>
          <w:sz w:val="24"/>
          <w:szCs w:val="24"/>
          <w:lang w:val="en-GB"/>
        </w:rPr>
        <w:t>/</w:t>
      </w:r>
      <w:r w:rsidR="002860F0" w:rsidRPr="00206FCE">
        <w:rPr>
          <w:sz w:val="24"/>
          <w:szCs w:val="24"/>
          <w:lang w:val="en-GB"/>
        </w:rPr>
        <w:t xml:space="preserve"> </w:t>
      </w:r>
      <w:r w:rsidRPr="00206FCE">
        <w:rPr>
          <w:sz w:val="24"/>
          <w:szCs w:val="24"/>
          <w:lang w:val="en-GB"/>
        </w:rPr>
        <w:t>processing costs.</w:t>
      </w:r>
    </w:p>
    <w:tbl>
      <w:tblPr>
        <w:tblW w:w="0" w:type="auto"/>
        <w:jc w:val="center"/>
        <w:tblLook w:val="04A0" w:firstRow="1" w:lastRow="0" w:firstColumn="1" w:lastColumn="0" w:noHBand="0" w:noVBand="1"/>
      </w:tblPr>
      <w:tblGrid>
        <w:gridCol w:w="10368"/>
      </w:tblGrid>
      <w:tr w:rsidR="005B4E87" w:rsidRPr="00206FCE" w14:paraId="537E5289" w14:textId="77777777" w:rsidTr="00D73E40">
        <w:trPr>
          <w:cantSplit/>
          <w:jc w:val="center"/>
        </w:trPr>
        <w:tc>
          <w:tcPr>
            <w:tcW w:w="10368" w:type="dxa"/>
            <w:shd w:val="clear" w:color="auto" w:fill="1F4E79"/>
            <w:tcMar>
              <w:top w:w="100" w:type="dxa"/>
              <w:left w:w="130" w:type="dxa"/>
              <w:bottom w:w="100" w:type="dxa"/>
              <w:right w:w="130" w:type="dxa"/>
            </w:tcMar>
            <w:vAlign w:val="center"/>
          </w:tcPr>
          <w:p w14:paraId="48071A07" w14:textId="55AB3DC1" w:rsidR="005B4E87" w:rsidRPr="00206FCE" w:rsidRDefault="009E0298" w:rsidP="009E0298">
            <w:pPr>
              <w:pStyle w:val="Heading1"/>
              <w:rPr>
                <w:lang w:val="en-GB"/>
              </w:rPr>
            </w:pPr>
            <w:r w:rsidRPr="00206FCE">
              <w:rPr>
                <w:lang w:val="en-GB"/>
              </w:rPr>
              <w:t>8. REQUIRED ID DOCUMENTS FOR DBS</w:t>
            </w:r>
          </w:p>
        </w:tc>
      </w:tr>
    </w:tbl>
    <w:p w14:paraId="4397532C" w14:textId="10D80E11" w:rsidR="00206FCE" w:rsidRPr="00206FCE" w:rsidRDefault="00F46926" w:rsidP="00857298">
      <w:pPr>
        <w:rPr>
          <w:sz w:val="24"/>
          <w:szCs w:val="24"/>
          <w:lang w:val="en-GB"/>
        </w:rPr>
      </w:pPr>
      <w:r w:rsidRPr="00206FCE">
        <w:rPr>
          <w:sz w:val="24"/>
          <w:szCs w:val="24"/>
          <w:lang w:val="en-GB"/>
        </w:rPr>
        <w:t xml:space="preserve">Please submit </w:t>
      </w:r>
      <w:r w:rsidRPr="00206FCE">
        <w:rPr>
          <w:b/>
          <w:bCs/>
          <w:sz w:val="24"/>
          <w:szCs w:val="24"/>
          <w:lang w:val="en-GB"/>
        </w:rPr>
        <w:t>with</w:t>
      </w:r>
      <w:r w:rsidRPr="00206FCE">
        <w:rPr>
          <w:sz w:val="24"/>
          <w:szCs w:val="24"/>
          <w:lang w:val="en-GB"/>
        </w:rPr>
        <w:t xml:space="preserve"> your application the following original documents.  These will need to be taken to the Academy office before your application </w:t>
      </w:r>
      <w:r w:rsidR="00206FCE" w:rsidRPr="00206FCE">
        <w:rPr>
          <w:sz w:val="24"/>
          <w:szCs w:val="24"/>
          <w:lang w:val="en-GB"/>
        </w:rPr>
        <w:t>can</w:t>
      </w:r>
      <w:r w:rsidRPr="00206FCE">
        <w:rPr>
          <w:sz w:val="24"/>
          <w:szCs w:val="24"/>
          <w:lang w:val="en-GB"/>
        </w:rPr>
        <w:t xml:space="preserve"> be processed. </w:t>
      </w:r>
      <w:r w:rsidR="002860F0" w:rsidRPr="00206FCE">
        <w:rPr>
          <w:sz w:val="24"/>
          <w:szCs w:val="24"/>
          <w:lang w:val="en-GB"/>
        </w:rPr>
        <w:t xml:space="preserve"> </w:t>
      </w:r>
    </w:p>
    <w:p w14:paraId="68892045" w14:textId="35A2DA23" w:rsidR="005B4E87" w:rsidRPr="00206FCE" w:rsidRDefault="002860F0" w:rsidP="00857298">
      <w:pPr>
        <w:rPr>
          <w:sz w:val="24"/>
          <w:szCs w:val="24"/>
          <w:lang w:val="en-GB"/>
        </w:rPr>
      </w:pPr>
      <w:r w:rsidRPr="00206FCE">
        <w:rPr>
          <w:sz w:val="24"/>
          <w:szCs w:val="24"/>
          <w:lang w:val="en-GB"/>
        </w:rPr>
        <w:t>Please do not send original identity documents by post.</w:t>
      </w:r>
    </w:p>
    <w:tbl>
      <w:tblPr>
        <w:tblStyle w:val="TableGrid"/>
        <w:tblW w:w="0" w:type="auto"/>
        <w:tblInd w:w="108" w:type="dxa"/>
        <w:tblLook w:val="04A0" w:firstRow="1" w:lastRow="0" w:firstColumn="1" w:lastColumn="0" w:noHBand="0" w:noVBand="1"/>
      </w:tblPr>
      <w:tblGrid>
        <w:gridCol w:w="8364"/>
        <w:gridCol w:w="1984"/>
      </w:tblGrid>
      <w:tr w:rsidR="00F46926" w:rsidRPr="00206FCE" w14:paraId="57207CB5" w14:textId="77777777" w:rsidTr="009E0298">
        <w:trPr>
          <w:trHeight w:val="500"/>
        </w:trPr>
        <w:tc>
          <w:tcPr>
            <w:tcW w:w="8364" w:type="dxa"/>
            <w:vAlign w:val="center"/>
          </w:tcPr>
          <w:p w14:paraId="2955FB50" w14:textId="77777777" w:rsidR="00F46926" w:rsidRPr="00206FCE" w:rsidRDefault="00F46926" w:rsidP="00D73E40">
            <w:pPr>
              <w:autoSpaceDE w:val="0"/>
              <w:autoSpaceDN w:val="0"/>
              <w:adjustRightInd w:val="0"/>
              <w:rPr>
                <w:rFonts w:cs="Arial"/>
                <w:color w:val="000000"/>
                <w:sz w:val="24"/>
                <w:szCs w:val="24"/>
                <w:lang w:val="en-GB"/>
              </w:rPr>
            </w:pPr>
            <w:r w:rsidRPr="00206FCE">
              <w:rPr>
                <w:rFonts w:cs="Arial"/>
                <w:color w:val="000000"/>
                <w:sz w:val="24"/>
                <w:szCs w:val="24"/>
                <w:lang w:val="en-GB"/>
              </w:rPr>
              <w:t>Right to Work (UK Passport, or Work Visa)</w:t>
            </w:r>
          </w:p>
        </w:tc>
        <w:tc>
          <w:tcPr>
            <w:tcW w:w="1984" w:type="dxa"/>
            <w:vAlign w:val="center"/>
          </w:tcPr>
          <w:p w14:paraId="62970826" w14:textId="77777777" w:rsidR="00F46926" w:rsidRPr="00206FCE" w:rsidRDefault="00F46926" w:rsidP="00D73E40">
            <w:pPr>
              <w:autoSpaceDE w:val="0"/>
              <w:autoSpaceDN w:val="0"/>
              <w:adjustRightInd w:val="0"/>
              <w:rPr>
                <w:rFonts w:ascii="Arial" w:hAnsi="Arial" w:cs="Arial"/>
                <w:b/>
                <w:bCs/>
                <w:color w:val="000000"/>
                <w:sz w:val="20"/>
                <w:szCs w:val="20"/>
                <w:lang w:val="en-GB"/>
              </w:rPr>
            </w:pPr>
          </w:p>
        </w:tc>
      </w:tr>
      <w:tr w:rsidR="00F46926" w:rsidRPr="00206FCE" w14:paraId="00394E5D" w14:textId="77777777" w:rsidTr="00C06C52">
        <w:trPr>
          <w:trHeight w:val="409"/>
        </w:trPr>
        <w:tc>
          <w:tcPr>
            <w:tcW w:w="8364" w:type="dxa"/>
            <w:vAlign w:val="center"/>
          </w:tcPr>
          <w:p w14:paraId="145D22F8" w14:textId="77777777" w:rsidR="00F46926" w:rsidRPr="00206FCE" w:rsidRDefault="00F46926" w:rsidP="00D73E40">
            <w:pPr>
              <w:autoSpaceDE w:val="0"/>
              <w:autoSpaceDN w:val="0"/>
              <w:adjustRightInd w:val="0"/>
              <w:rPr>
                <w:rFonts w:cs="Arial"/>
                <w:color w:val="000000"/>
                <w:sz w:val="24"/>
                <w:szCs w:val="24"/>
                <w:lang w:val="en-GB"/>
              </w:rPr>
            </w:pPr>
            <w:r w:rsidRPr="00206FCE">
              <w:rPr>
                <w:rFonts w:cs="Arial"/>
                <w:color w:val="000000"/>
                <w:sz w:val="24"/>
                <w:szCs w:val="24"/>
                <w:lang w:val="en-GB"/>
              </w:rPr>
              <w:t>Name ID (Driving Licence, Passport, Marriage Certificate)</w:t>
            </w:r>
          </w:p>
        </w:tc>
        <w:tc>
          <w:tcPr>
            <w:tcW w:w="1984" w:type="dxa"/>
            <w:vAlign w:val="center"/>
          </w:tcPr>
          <w:p w14:paraId="54133732" w14:textId="77777777" w:rsidR="00F46926" w:rsidRPr="00206FCE" w:rsidRDefault="00F46926" w:rsidP="00D73E40">
            <w:pPr>
              <w:autoSpaceDE w:val="0"/>
              <w:autoSpaceDN w:val="0"/>
              <w:adjustRightInd w:val="0"/>
              <w:rPr>
                <w:rFonts w:ascii="Arial" w:hAnsi="Arial" w:cs="Arial"/>
                <w:b/>
                <w:bCs/>
                <w:noProof/>
                <w:color w:val="000000"/>
                <w:sz w:val="20"/>
                <w:szCs w:val="20"/>
                <w:lang w:val="en-GB"/>
              </w:rPr>
            </w:pPr>
          </w:p>
        </w:tc>
      </w:tr>
      <w:tr w:rsidR="00F46926" w:rsidRPr="00206FCE" w14:paraId="497C446F" w14:textId="77777777" w:rsidTr="00C06C52">
        <w:trPr>
          <w:trHeight w:val="415"/>
        </w:trPr>
        <w:tc>
          <w:tcPr>
            <w:tcW w:w="8364" w:type="dxa"/>
            <w:vAlign w:val="center"/>
          </w:tcPr>
          <w:p w14:paraId="317FE70E" w14:textId="77777777" w:rsidR="00F46926" w:rsidRPr="00206FCE" w:rsidRDefault="00F46926" w:rsidP="00D73E40">
            <w:pPr>
              <w:autoSpaceDE w:val="0"/>
              <w:autoSpaceDN w:val="0"/>
              <w:adjustRightInd w:val="0"/>
              <w:rPr>
                <w:rFonts w:cs="Arial"/>
                <w:color w:val="000000"/>
                <w:sz w:val="24"/>
                <w:szCs w:val="24"/>
                <w:lang w:val="en-GB"/>
              </w:rPr>
            </w:pPr>
            <w:r w:rsidRPr="00206FCE">
              <w:rPr>
                <w:rFonts w:cs="Arial"/>
                <w:color w:val="000000"/>
                <w:sz w:val="24"/>
                <w:szCs w:val="24"/>
                <w:lang w:val="en-GB"/>
              </w:rPr>
              <w:t xml:space="preserve">If Birth name has changed, proof of change (Birth Certificate, Marriage Certificate, Deed Poll Certificate) </w:t>
            </w:r>
          </w:p>
        </w:tc>
        <w:tc>
          <w:tcPr>
            <w:tcW w:w="1984" w:type="dxa"/>
            <w:vAlign w:val="center"/>
          </w:tcPr>
          <w:p w14:paraId="12CFD071" w14:textId="77777777" w:rsidR="00F46926" w:rsidRPr="00206FCE" w:rsidRDefault="00F46926" w:rsidP="00D73E40">
            <w:pPr>
              <w:autoSpaceDE w:val="0"/>
              <w:autoSpaceDN w:val="0"/>
              <w:adjustRightInd w:val="0"/>
              <w:rPr>
                <w:rFonts w:ascii="Arial" w:hAnsi="Arial" w:cs="Arial"/>
                <w:b/>
                <w:bCs/>
                <w:noProof/>
                <w:color w:val="000000"/>
                <w:sz w:val="20"/>
                <w:szCs w:val="20"/>
                <w:lang w:val="en-GB"/>
              </w:rPr>
            </w:pPr>
          </w:p>
        </w:tc>
      </w:tr>
      <w:tr w:rsidR="00F46926" w:rsidRPr="00206FCE" w14:paraId="5A9790B2" w14:textId="77777777" w:rsidTr="00C06C52">
        <w:trPr>
          <w:trHeight w:val="437"/>
        </w:trPr>
        <w:tc>
          <w:tcPr>
            <w:tcW w:w="8364" w:type="dxa"/>
            <w:vAlign w:val="center"/>
          </w:tcPr>
          <w:p w14:paraId="3F5A37CE" w14:textId="77777777" w:rsidR="00F46926" w:rsidRPr="00206FCE" w:rsidRDefault="00F46926" w:rsidP="00D73E40">
            <w:pPr>
              <w:autoSpaceDE w:val="0"/>
              <w:autoSpaceDN w:val="0"/>
              <w:adjustRightInd w:val="0"/>
              <w:rPr>
                <w:rFonts w:cs="Arial"/>
                <w:color w:val="000000"/>
                <w:sz w:val="24"/>
                <w:szCs w:val="24"/>
                <w:lang w:val="en-GB"/>
              </w:rPr>
            </w:pPr>
            <w:r w:rsidRPr="00206FCE">
              <w:rPr>
                <w:rFonts w:cs="Arial"/>
                <w:color w:val="000000"/>
                <w:sz w:val="24"/>
                <w:szCs w:val="24"/>
                <w:lang w:val="en-GB"/>
              </w:rPr>
              <w:lastRenderedPageBreak/>
              <w:t>Proof of home address (Current Council Tax Bill, or utility / Bank statement less than 3 months old)</w:t>
            </w:r>
          </w:p>
        </w:tc>
        <w:tc>
          <w:tcPr>
            <w:tcW w:w="1984" w:type="dxa"/>
            <w:vAlign w:val="center"/>
          </w:tcPr>
          <w:p w14:paraId="031BBFBE" w14:textId="77777777" w:rsidR="00F46926" w:rsidRPr="00206FCE" w:rsidRDefault="00F46926" w:rsidP="00D73E40">
            <w:pPr>
              <w:autoSpaceDE w:val="0"/>
              <w:autoSpaceDN w:val="0"/>
              <w:adjustRightInd w:val="0"/>
              <w:rPr>
                <w:rFonts w:ascii="Arial" w:hAnsi="Arial" w:cs="Arial"/>
                <w:b/>
                <w:bCs/>
                <w:noProof/>
                <w:color w:val="000000"/>
                <w:sz w:val="20"/>
                <w:szCs w:val="20"/>
                <w:lang w:val="en-GB"/>
              </w:rPr>
            </w:pPr>
          </w:p>
        </w:tc>
      </w:tr>
    </w:tbl>
    <w:p w14:paraId="17F73202" w14:textId="0E3D0422" w:rsidR="003D5A21" w:rsidRPr="00206FCE" w:rsidRDefault="003D5A21">
      <w:pPr>
        <w:spacing w:after="200"/>
        <w:rPr>
          <w:sz w:val="24"/>
          <w:szCs w:val="24"/>
          <w:lang w:val="en-GB"/>
        </w:rPr>
      </w:pPr>
    </w:p>
    <w:tbl>
      <w:tblPr>
        <w:tblW w:w="0" w:type="auto"/>
        <w:jc w:val="center"/>
        <w:tblLook w:val="04A0" w:firstRow="1" w:lastRow="0" w:firstColumn="1" w:lastColumn="0" w:noHBand="0" w:noVBand="1"/>
      </w:tblPr>
      <w:tblGrid>
        <w:gridCol w:w="10368"/>
      </w:tblGrid>
      <w:tr w:rsidR="0023199C" w:rsidRPr="00206FCE" w14:paraId="78A8134E" w14:textId="77777777">
        <w:trPr>
          <w:cantSplit/>
          <w:jc w:val="center"/>
        </w:trPr>
        <w:tc>
          <w:tcPr>
            <w:tcW w:w="10368" w:type="dxa"/>
            <w:shd w:val="clear" w:color="auto" w:fill="1F4E79"/>
            <w:tcMar>
              <w:top w:w="100" w:type="dxa"/>
              <w:left w:w="130" w:type="dxa"/>
              <w:bottom w:w="100" w:type="dxa"/>
              <w:right w:w="130" w:type="dxa"/>
            </w:tcMar>
            <w:vAlign w:val="center"/>
          </w:tcPr>
          <w:p w14:paraId="7CA8F410" w14:textId="6B2EB79E" w:rsidR="0023199C" w:rsidRPr="00206FCE" w:rsidRDefault="009E0298" w:rsidP="003D5A21">
            <w:pPr>
              <w:pStyle w:val="Heading1"/>
              <w:rPr>
                <w:lang w:val="en-GB"/>
              </w:rPr>
            </w:pPr>
            <w:r w:rsidRPr="00206FCE">
              <w:rPr>
                <w:lang w:val="en-GB"/>
              </w:rPr>
              <w:t>9</w:t>
            </w:r>
            <w:r w:rsidR="00864649" w:rsidRPr="00206FCE">
              <w:rPr>
                <w:lang w:val="en-GB"/>
              </w:rPr>
              <w:t>. DECLARATION AND CONSENT</w:t>
            </w:r>
          </w:p>
        </w:tc>
      </w:tr>
    </w:tbl>
    <w:p w14:paraId="18438868" w14:textId="55DB8BB6" w:rsidR="0023199C" w:rsidRPr="00206FCE" w:rsidRDefault="00864649" w:rsidP="00206FCE">
      <w:pPr>
        <w:pStyle w:val="ListParagraph"/>
        <w:numPr>
          <w:ilvl w:val="0"/>
          <w:numId w:val="10"/>
        </w:numPr>
        <w:ind w:left="426"/>
        <w:rPr>
          <w:sz w:val="24"/>
          <w:szCs w:val="24"/>
          <w:lang w:val="en-GB"/>
        </w:rPr>
      </w:pPr>
      <w:r w:rsidRPr="00206FCE">
        <w:rPr>
          <w:sz w:val="24"/>
          <w:szCs w:val="24"/>
          <w:lang w:val="en-GB"/>
        </w:rPr>
        <w:t>I confirm that the information I have provided on this form is true and complete to the best of my knowledge.</w:t>
      </w:r>
    </w:p>
    <w:p w14:paraId="71D4B094" w14:textId="2423EEBC" w:rsidR="0023199C" w:rsidRPr="00206FCE" w:rsidRDefault="00864649" w:rsidP="00206FCE">
      <w:pPr>
        <w:pStyle w:val="ListParagraph"/>
        <w:numPr>
          <w:ilvl w:val="0"/>
          <w:numId w:val="10"/>
        </w:numPr>
        <w:ind w:left="426"/>
        <w:rPr>
          <w:sz w:val="24"/>
          <w:szCs w:val="24"/>
          <w:lang w:val="en-GB"/>
        </w:rPr>
      </w:pPr>
      <w:r w:rsidRPr="00206FCE">
        <w:rPr>
          <w:sz w:val="24"/>
          <w:szCs w:val="24"/>
          <w:lang w:val="en-GB"/>
        </w:rPr>
        <w:t>I understand that the Trust may check that I am permitted to undertake the proposed volunteering activities in the UK and that I must provide appropriate evidence of my immigration status where required.</w:t>
      </w:r>
    </w:p>
    <w:p w14:paraId="078723D1" w14:textId="05A72079" w:rsidR="0023199C" w:rsidRPr="00206FCE" w:rsidRDefault="00864649" w:rsidP="00206FCE">
      <w:pPr>
        <w:pStyle w:val="ListParagraph"/>
        <w:numPr>
          <w:ilvl w:val="0"/>
          <w:numId w:val="10"/>
        </w:numPr>
        <w:ind w:left="426"/>
        <w:rPr>
          <w:sz w:val="24"/>
          <w:szCs w:val="24"/>
          <w:lang w:val="en-GB"/>
        </w:rPr>
      </w:pPr>
      <w:r w:rsidRPr="00206FCE">
        <w:rPr>
          <w:sz w:val="24"/>
          <w:szCs w:val="24"/>
          <w:lang w:val="en-GB"/>
        </w:rPr>
        <w:t>I understand that volunteering is subject to satisfactory safeguarding checks, references and any other checks the Trust considers appropriate for the role.</w:t>
      </w:r>
    </w:p>
    <w:p w14:paraId="6675BAC0" w14:textId="3B8A97B6" w:rsidR="0023199C" w:rsidRPr="00206FCE" w:rsidRDefault="00864649" w:rsidP="00206FCE">
      <w:pPr>
        <w:pStyle w:val="ListParagraph"/>
        <w:numPr>
          <w:ilvl w:val="0"/>
          <w:numId w:val="10"/>
        </w:numPr>
        <w:ind w:left="426"/>
        <w:rPr>
          <w:sz w:val="24"/>
          <w:szCs w:val="24"/>
          <w:lang w:val="en-GB"/>
        </w:rPr>
      </w:pPr>
      <w:r w:rsidRPr="00206FCE">
        <w:rPr>
          <w:sz w:val="24"/>
          <w:szCs w:val="24"/>
          <w:lang w:val="en-GB"/>
        </w:rPr>
        <w:t>I give permission for Inspiring Futures Partnership Trust / the Academy to contact the referees I have named and to verify the information provided.</w:t>
      </w:r>
    </w:p>
    <w:p w14:paraId="4D8A4FEF" w14:textId="29148A62" w:rsidR="0023199C" w:rsidRPr="00206FCE" w:rsidRDefault="00864649" w:rsidP="00206FCE">
      <w:pPr>
        <w:pStyle w:val="ListParagraph"/>
        <w:numPr>
          <w:ilvl w:val="0"/>
          <w:numId w:val="10"/>
        </w:numPr>
        <w:ind w:left="426"/>
        <w:rPr>
          <w:sz w:val="24"/>
          <w:szCs w:val="24"/>
          <w:lang w:val="en-GB"/>
        </w:rPr>
      </w:pPr>
      <w:r w:rsidRPr="00206FCE">
        <w:rPr>
          <w:sz w:val="24"/>
          <w:szCs w:val="24"/>
          <w:lang w:val="en-GB"/>
        </w:rPr>
        <w:t>I understand that I must tell the Academy if information relevant to my suitability to volunteer changes after this form is submitted.</w:t>
      </w:r>
    </w:p>
    <w:p w14:paraId="4E296B26" w14:textId="685203EF" w:rsidR="0023199C" w:rsidRPr="00206FCE" w:rsidRDefault="00864649" w:rsidP="00206FCE">
      <w:pPr>
        <w:pStyle w:val="ListParagraph"/>
        <w:numPr>
          <w:ilvl w:val="0"/>
          <w:numId w:val="10"/>
        </w:numPr>
        <w:ind w:left="426"/>
        <w:rPr>
          <w:sz w:val="24"/>
          <w:szCs w:val="24"/>
          <w:lang w:val="en-GB"/>
        </w:rPr>
      </w:pPr>
      <w:r w:rsidRPr="00206FCE">
        <w:rPr>
          <w:sz w:val="24"/>
          <w:szCs w:val="24"/>
          <w:lang w:val="en-GB"/>
        </w:rPr>
        <w:t>I understand that volunteering does not create a contract of employment and that either I or the Academy may end the volunteer arrangement at any time.</w:t>
      </w:r>
    </w:p>
    <w:tbl>
      <w:tblPr>
        <w:tblStyle w:val="TableGrid"/>
        <w:tblW w:w="0" w:type="auto"/>
        <w:jc w:val="center"/>
        <w:tblLook w:val="04A0" w:firstRow="1" w:lastRow="0" w:firstColumn="1" w:lastColumn="0" w:noHBand="0" w:noVBand="1"/>
      </w:tblPr>
      <w:tblGrid>
        <w:gridCol w:w="3693"/>
        <w:gridCol w:w="6500"/>
      </w:tblGrid>
      <w:tr w:rsidR="0023199C" w:rsidRPr="00206FCE" w14:paraId="2AEF446C" w14:textId="77777777" w:rsidTr="003D5A21">
        <w:trPr>
          <w:cantSplit/>
          <w:jc w:val="center"/>
        </w:trPr>
        <w:tc>
          <w:tcPr>
            <w:tcW w:w="3693" w:type="dxa"/>
            <w:tcMar>
              <w:top w:w="80" w:type="dxa"/>
              <w:left w:w="100" w:type="dxa"/>
              <w:bottom w:w="80" w:type="dxa"/>
              <w:right w:w="100" w:type="dxa"/>
            </w:tcMar>
            <w:vAlign w:val="center"/>
          </w:tcPr>
          <w:p w14:paraId="26007D27" w14:textId="77777777" w:rsidR="0023199C" w:rsidRPr="00206FCE" w:rsidRDefault="00864649" w:rsidP="00857298">
            <w:pPr>
              <w:spacing w:after="0"/>
              <w:rPr>
                <w:sz w:val="24"/>
                <w:szCs w:val="24"/>
                <w:lang w:val="en-GB"/>
              </w:rPr>
            </w:pPr>
            <w:r w:rsidRPr="00206FCE">
              <w:rPr>
                <w:b/>
                <w:sz w:val="24"/>
                <w:szCs w:val="24"/>
                <w:lang w:val="en-GB"/>
              </w:rPr>
              <w:t>Applicant signature:</w:t>
            </w:r>
          </w:p>
        </w:tc>
        <w:tc>
          <w:tcPr>
            <w:tcW w:w="6500" w:type="dxa"/>
            <w:tcMar>
              <w:top w:w="80" w:type="dxa"/>
              <w:left w:w="100" w:type="dxa"/>
              <w:bottom w:w="80" w:type="dxa"/>
              <w:right w:w="100" w:type="dxa"/>
            </w:tcMar>
            <w:vAlign w:val="center"/>
          </w:tcPr>
          <w:p w14:paraId="7BCE0DAB" w14:textId="2D6DC436" w:rsidR="0023199C" w:rsidRPr="00206FCE" w:rsidRDefault="0023199C" w:rsidP="00857298">
            <w:pPr>
              <w:spacing w:after="0"/>
              <w:rPr>
                <w:sz w:val="24"/>
                <w:szCs w:val="24"/>
                <w:lang w:val="en-GB"/>
              </w:rPr>
            </w:pPr>
          </w:p>
        </w:tc>
      </w:tr>
      <w:tr w:rsidR="0023199C" w:rsidRPr="00206FCE" w14:paraId="15E069A7" w14:textId="77777777" w:rsidTr="003D5A21">
        <w:trPr>
          <w:cantSplit/>
          <w:jc w:val="center"/>
        </w:trPr>
        <w:tc>
          <w:tcPr>
            <w:tcW w:w="3693" w:type="dxa"/>
            <w:tcMar>
              <w:top w:w="80" w:type="dxa"/>
              <w:left w:w="100" w:type="dxa"/>
              <w:bottom w:w="80" w:type="dxa"/>
              <w:right w:w="100" w:type="dxa"/>
            </w:tcMar>
            <w:vAlign w:val="center"/>
          </w:tcPr>
          <w:p w14:paraId="38209AE8" w14:textId="77777777" w:rsidR="0023199C" w:rsidRPr="00206FCE" w:rsidRDefault="00864649" w:rsidP="00857298">
            <w:pPr>
              <w:spacing w:after="0"/>
              <w:rPr>
                <w:sz w:val="24"/>
                <w:szCs w:val="24"/>
                <w:lang w:val="en-GB"/>
              </w:rPr>
            </w:pPr>
            <w:r w:rsidRPr="00206FCE">
              <w:rPr>
                <w:b/>
                <w:sz w:val="24"/>
                <w:szCs w:val="24"/>
                <w:lang w:val="en-GB"/>
              </w:rPr>
              <w:t>Print name:</w:t>
            </w:r>
          </w:p>
        </w:tc>
        <w:tc>
          <w:tcPr>
            <w:tcW w:w="6500" w:type="dxa"/>
            <w:tcMar>
              <w:top w:w="80" w:type="dxa"/>
              <w:left w:w="100" w:type="dxa"/>
              <w:bottom w:w="80" w:type="dxa"/>
              <w:right w:w="100" w:type="dxa"/>
            </w:tcMar>
            <w:vAlign w:val="center"/>
          </w:tcPr>
          <w:p w14:paraId="55E38E8C" w14:textId="7E2C2DA1" w:rsidR="0023199C" w:rsidRPr="00206FCE" w:rsidRDefault="0023199C" w:rsidP="00857298">
            <w:pPr>
              <w:spacing w:after="0"/>
              <w:rPr>
                <w:sz w:val="24"/>
                <w:szCs w:val="24"/>
                <w:lang w:val="en-GB"/>
              </w:rPr>
            </w:pPr>
          </w:p>
        </w:tc>
      </w:tr>
      <w:tr w:rsidR="0023199C" w:rsidRPr="00206FCE" w14:paraId="3E47C642" w14:textId="77777777" w:rsidTr="003D5A21">
        <w:trPr>
          <w:cantSplit/>
          <w:jc w:val="center"/>
        </w:trPr>
        <w:tc>
          <w:tcPr>
            <w:tcW w:w="3693" w:type="dxa"/>
            <w:tcMar>
              <w:top w:w="80" w:type="dxa"/>
              <w:left w:w="100" w:type="dxa"/>
              <w:bottom w:w="80" w:type="dxa"/>
              <w:right w:w="100" w:type="dxa"/>
            </w:tcMar>
            <w:vAlign w:val="center"/>
          </w:tcPr>
          <w:p w14:paraId="5D41E882" w14:textId="77777777" w:rsidR="0023199C" w:rsidRPr="00206FCE" w:rsidRDefault="00864649" w:rsidP="00857298">
            <w:pPr>
              <w:spacing w:after="0"/>
              <w:rPr>
                <w:sz w:val="24"/>
                <w:szCs w:val="24"/>
                <w:lang w:val="en-GB"/>
              </w:rPr>
            </w:pPr>
            <w:r w:rsidRPr="00206FCE">
              <w:rPr>
                <w:b/>
                <w:sz w:val="24"/>
                <w:szCs w:val="24"/>
                <w:lang w:val="en-GB"/>
              </w:rPr>
              <w:t>Date:</w:t>
            </w:r>
          </w:p>
        </w:tc>
        <w:tc>
          <w:tcPr>
            <w:tcW w:w="6500" w:type="dxa"/>
            <w:tcMar>
              <w:top w:w="80" w:type="dxa"/>
              <w:left w:w="100" w:type="dxa"/>
              <w:bottom w:w="80" w:type="dxa"/>
              <w:right w:w="100" w:type="dxa"/>
            </w:tcMar>
            <w:vAlign w:val="center"/>
          </w:tcPr>
          <w:p w14:paraId="4481AFF3" w14:textId="7FDF7AD0" w:rsidR="0023199C" w:rsidRPr="00206FCE" w:rsidRDefault="0023199C" w:rsidP="00857298">
            <w:pPr>
              <w:spacing w:after="0"/>
              <w:rPr>
                <w:sz w:val="24"/>
                <w:szCs w:val="24"/>
                <w:lang w:val="en-GB"/>
              </w:rPr>
            </w:pPr>
          </w:p>
        </w:tc>
      </w:tr>
    </w:tbl>
    <w:p w14:paraId="6F57BA05" w14:textId="529D7B33" w:rsidR="00E80CA7" w:rsidRPr="00206FCE" w:rsidRDefault="00E80CA7">
      <w:pPr>
        <w:rPr>
          <w:sz w:val="24"/>
          <w:szCs w:val="24"/>
          <w:lang w:val="en-GB"/>
        </w:rPr>
      </w:pPr>
    </w:p>
    <w:tbl>
      <w:tblPr>
        <w:tblW w:w="0" w:type="auto"/>
        <w:jc w:val="center"/>
        <w:tblLook w:val="04A0" w:firstRow="1" w:lastRow="0" w:firstColumn="1" w:lastColumn="0" w:noHBand="0" w:noVBand="1"/>
      </w:tblPr>
      <w:tblGrid>
        <w:gridCol w:w="10368"/>
      </w:tblGrid>
      <w:tr w:rsidR="0023199C" w:rsidRPr="00206FCE" w14:paraId="6F8C8807" w14:textId="77777777">
        <w:trPr>
          <w:cantSplit/>
          <w:jc w:val="center"/>
        </w:trPr>
        <w:tc>
          <w:tcPr>
            <w:tcW w:w="10368" w:type="dxa"/>
            <w:shd w:val="clear" w:color="auto" w:fill="1F4E79"/>
            <w:tcMar>
              <w:top w:w="100" w:type="dxa"/>
              <w:left w:w="130" w:type="dxa"/>
              <w:bottom w:w="100" w:type="dxa"/>
              <w:right w:w="130" w:type="dxa"/>
            </w:tcMar>
            <w:vAlign w:val="center"/>
          </w:tcPr>
          <w:p w14:paraId="628DA8AB" w14:textId="1700B3AA" w:rsidR="0023199C" w:rsidRPr="00206FCE" w:rsidRDefault="009E0298" w:rsidP="003D5A21">
            <w:pPr>
              <w:pStyle w:val="Heading1"/>
              <w:rPr>
                <w:lang w:val="en-GB"/>
              </w:rPr>
            </w:pPr>
            <w:r w:rsidRPr="00206FCE">
              <w:rPr>
                <w:lang w:val="en-GB"/>
              </w:rPr>
              <w:t>10</w:t>
            </w:r>
            <w:r w:rsidR="00864649" w:rsidRPr="00206FCE">
              <w:rPr>
                <w:lang w:val="en-GB"/>
              </w:rPr>
              <w:t>. DATA PROTECTION</w:t>
            </w:r>
          </w:p>
        </w:tc>
      </w:tr>
    </w:tbl>
    <w:p w14:paraId="4FEAB63E" w14:textId="77777777" w:rsidR="0023199C" w:rsidRPr="00206FCE" w:rsidRDefault="00864649" w:rsidP="00857298">
      <w:pPr>
        <w:rPr>
          <w:sz w:val="24"/>
          <w:szCs w:val="24"/>
          <w:lang w:val="en-GB"/>
        </w:rPr>
      </w:pPr>
      <w:r w:rsidRPr="00206FCE">
        <w:rPr>
          <w:sz w:val="24"/>
          <w:szCs w:val="24"/>
          <w:lang w:val="en-GB"/>
        </w:rPr>
        <w:t>The Trust will use the personal information on this form for the purposes of assessing and managing your volunteer application, carrying out safeguarding and suitability checks, and administering any volunteer placement. Information will be handled in accordance with applicable data protection law and the Trust’s privacy information. Please ask the Academy for the relevant privacy notice if you have not already received it.</w:t>
      </w:r>
    </w:p>
    <w:sectPr w:rsidR="0023199C" w:rsidRPr="00206FCE" w:rsidSect="003D5A21">
      <w:headerReference w:type="default" r:id="rId11"/>
      <w:footerReference w:type="default" r:id="rId12"/>
      <w:headerReference w:type="first" r:id="rId13"/>
      <w:pgSz w:w="12240" w:h="15840"/>
      <w:pgMar w:top="426" w:right="936" w:bottom="792" w:left="93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494B5" w14:textId="77777777" w:rsidR="00E3144C" w:rsidRDefault="00E3144C">
      <w:pPr>
        <w:spacing w:after="0" w:line="240" w:lineRule="auto"/>
      </w:pPr>
      <w:r>
        <w:separator/>
      </w:r>
    </w:p>
  </w:endnote>
  <w:endnote w:type="continuationSeparator" w:id="0">
    <w:p w14:paraId="4201E3AF" w14:textId="77777777" w:rsidR="00E3144C" w:rsidRDefault="00E31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2DEAD" w14:textId="77777777" w:rsidR="0023199C" w:rsidRDefault="00864649">
    <w:pPr>
      <w:pStyle w:val="Footer"/>
      <w:jc w:val="center"/>
    </w:pPr>
    <w:r>
      <w:rPr>
        <w:color w:val="646464"/>
        <w:sz w:val="16"/>
      </w:rPr>
      <w:t>IFPT Volunteer Application Form | Reviewed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D381C" w14:textId="77777777" w:rsidR="00E3144C" w:rsidRDefault="00E3144C">
      <w:pPr>
        <w:spacing w:after="0" w:line="240" w:lineRule="auto"/>
      </w:pPr>
      <w:r>
        <w:separator/>
      </w:r>
    </w:p>
  </w:footnote>
  <w:footnote w:type="continuationSeparator" w:id="0">
    <w:p w14:paraId="74D7907B" w14:textId="77777777" w:rsidR="00E3144C" w:rsidRDefault="00E314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130C0" w14:textId="1AB604DB" w:rsidR="003D5A21" w:rsidRDefault="003D5A21" w:rsidP="003D5A2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4F9EF" w14:textId="5ACF3B95" w:rsidR="003D5A21" w:rsidRDefault="003D5A21" w:rsidP="003D5A21">
    <w:pPr>
      <w:jc w:val="right"/>
    </w:pPr>
    <w:r w:rsidRPr="00857298">
      <w:rPr>
        <w:noProof/>
      </w:rPr>
      <w:drawing>
        <wp:anchor distT="0" distB="0" distL="114300" distR="114300" simplePos="0" relativeHeight="251659776" behindDoc="1" locked="0" layoutInCell="1" allowOverlap="1" wp14:anchorId="667BB0A0" wp14:editId="1C3DD60B">
          <wp:simplePos x="0" y="0"/>
          <wp:positionH relativeFrom="column">
            <wp:posOffset>-432435</wp:posOffset>
          </wp:positionH>
          <wp:positionV relativeFrom="paragraph">
            <wp:posOffset>-322580</wp:posOffset>
          </wp:positionV>
          <wp:extent cx="1828800" cy="1145309"/>
          <wp:effectExtent l="0" t="0" r="0" b="0"/>
          <wp:wrapNone/>
          <wp:docPr id="1287302334" name="Picture 1287302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eg"/>
                  <pic:cNvPicPr/>
                </pic:nvPicPr>
                <pic:blipFill>
                  <a:blip r:embed="rId1"/>
                  <a:stretch>
                    <a:fillRect/>
                  </a:stretch>
                </pic:blipFill>
                <pic:spPr>
                  <a:xfrm>
                    <a:off x="0" y="0"/>
                    <a:ext cx="1828800" cy="1145309"/>
                  </a:xfrm>
                  <a:prstGeom prst="rect">
                    <a:avLst/>
                  </a:prstGeom>
                </pic:spPr>
              </pic:pic>
            </a:graphicData>
          </a:graphic>
        </wp:anchor>
      </w:drawing>
    </w:r>
    <w:r w:rsidRPr="00857298">
      <w:rPr>
        <w:b/>
        <w:color w:val="1F4E79"/>
        <w:sz w:val="34"/>
      </w:rPr>
      <w:t>VOLUNTEER</w:t>
    </w:r>
    <w:r>
      <w:rPr>
        <w:b/>
        <w:color w:val="1F4E79"/>
        <w:sz w:val="34"/>
      </w:rPr>
      <w:t xml:space="preserve"> </w:t>
    </w:r>
    <w:r w:rsidRPr="00857298">
      <w:rPr>
        <w:b/>
        <w:color w:val="1F4E79"/>
        <w:sz w:val="34"/>
      </w:rPr>
      <w:t>APPLICATION FORM</w:t>
    </w:r>
    <w:r w:rsidRPr="00857298">
      <w:rPr>
        <w:noProof/>
      </w:rPr>
      <w:t xml:space="preserve"> </w:t>
    </w:r>
  </w:p>
  <w:p w14:paraId="12551E64" w14:textId="1E1305B9" w:rsidR="003D5A21" w:rsidRDefault="003D5A21" w:rsidP="003D5A21"/>
  <w:p w14:paraId="490AB1AE" w14:textId="77777777" w:rsidR="003D5A21" w:rsidRDefault="003D5A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9D944E1"/>
    <w:multiLevelType w:val="hybridMultilevel"/>
    <w:tmpl w:val="37A4F1FE"/>
    <w:lvl w:ilvl="0" w:tplc="23D61B5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9224854">
    <w:abstractNumId w:val="8"/>
  </w:num>
  <w:num w:numId="2" w16cid:durableId="1571503217">
    <w:abstractNumId w:val="6"/>
  </w:num>
  <w:num w:numId="3" w16cid:durableId="912154525">
    <w:abstractNumId w:val="5"/>
  </w:num>
  <w:num w:numId="4" w16cid:durableId="591668489">
    <w:abstractNumId w:val="4"/>
  </w:num>
  <w:num w:numId="5" w16cid:durableId="2023629636">
    <w:abstractNumId w:val="7"/>
  </w:num>
  <w:num w:numId="6" w16cid:durableId="103967806">
    <w:abstractNumId w:val="3"/>
  </w:num>
  <w:num w:numId="7" w16cid:durableId="1922711467">
    <w:abstractNumId w:val="2"/>
  </w:num>
  <w:num w:numId="8" w16cid:durableId="238440382">
    <w:abstractNumId w:val="1"/>
  </w:num>
  <w:num w:numId="9" w16cid:durableId="1931423436">
    <w:abstractNumId w:val="0"/>
  </w:num>
  <w:num w:numId="10" w16cid:durableId="13759324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6FCE"/>
    <w:rsid w:val="0023199C"/>
    <w:rsid w:val="002860F0"/>
    <w:rsid w:val="0029639D"/>
    <w:rsid w:val="002F5554"/>
    <w:rsid w:val="00305E85"/>
    <w:rsid w:val="00326F90"/>
    <w:rsid w:val="003D5A21"/>
    <w:rsid w:val="005B4E87"/>
    <w:rsid w:val="00857298"/>
    <w:rsid w:val="00864649"/>
    <w:rsid w:val="008D5635"/>
    <w:rsid w:val="009E0298"/>
    <w:rsid w:val="009F1FB1"/>
    <w:rsid w:val="00AA1D8D"/>
    <w:rsid w:val="00B47730"/>
    <w:rsid w:val="00C06C52"/>
    <w:rsid w:val="00CB0664"/>
    <w:rsid w:val="00E3144C"/>
    <w:rsid w:val="00E80CA7"/>
    <w:rsid w:val="00EA4056"/>
    <w:rsid w:val="00F24111"/>
    <w:rsid w:val="00F46926"/>
    <w:rsid w:val="00F928E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DEA021A-6699-4906-94DC-0B96F98B5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19"/>
    </w:rPr>
  </w:style>
  <w:style w:type="paragraph" w:styleId="Heading1">
    <w:name w:val="heading 1"/>
    <w:basedOn w:val="Normal"/>
    <w:next w:val="Normal"/>
    <w:link w:val="Heading1Char"/>
    <w:uiPriority w:val="9"/>
    <w:qFormat/>
    <w:rsid w:val="003D5A21"/>
    <w:pPr>
      <w:spacing w:before="120" w:after="120"/>
      <w:outlineLvl w:val="0"/>
    </w:pPr>
    <w:rPr>
      <w:b/>
      <w:color w:val="FFFFFF"/>
      <w:sz w:val="24"/>
      <w:szCs w:val="24"/>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3D5A21"/>
    <w:rPr>
      <w:rFonts w:ascii="Aptos" w:hAnsi="Aptos"/>
      <w:b/>
      <w:color w:val="FFFFFF"/>
      <w:sz w:val="24"/>
      <w:szCs w:val="24"/>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98de53-4c4c-4022-9601-b6eb6e1dd095">
      <Terms xmlns="http://schemas.microsoft.com/office/infopath/2007/PartnerControls"/>
    </lcf76f155ced4ddcb4097134ff3c332f>
    <TaxCatchAll xmlns="71f8ac67-8c55-4e0c-8786-913b07109d7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451EB4B98104B4F8E6330B3699084F5" ma:contentTypeVersion="12" ma:contentTypeDescription="Create a new document." ma:contentTypeScope="" ma:versionID="25412fd4623b592e2d04d38ecbfdf73d">
  <xsd:schema xmlns:xsd="http://www.w3.org/2001/XMLSchema" xmlns:xs="http://www.w3.org/2001/XMLSchema" xmlns:p="http://schemas.microsoft.com/office/2006/metadata/properties" xmlns:ns2="0498de53-4c4c-4022-9601-b6eb6e1dd095" xmlns:ns3="71f8ac67-8c55-4e0c-8786-913b07109d74" targetNamespace="http://schemas.microsoft.com/office/2006/metadata/properties" ma:root="true" ma:fieldsID="f80a4b3f4c929bd39ca09a4b7c14e6c1" ns2:_="" ns3:_="">
    <xsd:import namespace="0498de53-4c4c-4022-9601-b6eb6e1dd095"/>
    <xsd:import namespace="71f8ac67-8c55-4e0c-8786-913b07109d7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8de53-4c4c-4022-9601-b6eb6e1dd0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719fcc0-b0b5-4829-beda-376b5b28fc9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f8ac67-8c55-4e0c-8786-913b07109d7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3ade032-2b97-410d-ad58-08222aee622e}" ma:internalName="TaxCatchAll" ma:showField="CatchAllData" ma:web="71f8ac67-8c55-4e0c-8786-913b07109d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9B615A-9267-4CE1-93F2-AA2DBAC25508}">
  <ds:schemaRefs>
    <ds:schemaRef ds:uri="http://schemas.microsoft.com/office/2006/metadata/properties"/>
    <ds:schemaRef ds:uri="http://schemas.microsoft.com/office/infopath/2007/PartnerControls"/>
    <ds:schemaRef ds:uri="0498de53-4c4c-4022-9601-b6eb6e1dd095"/>
    <ds:schemaRef ds:uri="71f8ac67-8c55-4e0c-8786-913b07109d74"/>
  </ds:schemaRefs>
</ds:datastoreItem>
</file>

<file path=customXml/itemProps2.xml><?xml version="1.0" encoding="utf-8"?>
<ds:datastoreItem xmlns:ds="http://schemas.openxmlformats.org/officeDocument/2006/customXml" ds:itemID="{C1491F0C-0DFC-41D3-BC65-475023DB5B6D}">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E4F94468-8EA7-4940-9423-BA666AA71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8de53-4c4c-4022-9601-b6eb6e1dd095"/>
    <ds:schemaRef ds:uri="71f8ac67-8c55-4e0c-8786-913b07109d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1033</Words>
  <Characters>5890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IFPT Volunteer Application Form 2026</dc:title>
  <dc:subject>Volunteer recruitment and safeguarding form</dc:subject>
  <dc:creator>Inspiring Futures Partnership Trust</dc:creator>
  <cp:keywords/>
  <dc:description>generated by python-docx</dc:description>
  <cp:lastModifiedBy>Leigh-Anne Clarke</cp:lastModifiedBy>
  <cp:revision>13</cp:revision>
  <dcterms:created xsi:type="dcterms:W3CDTF">2013-12-23T23:15:00Z</dcterms:created>
  <dcterms:modified xsi:type="dcterms:W3CDTF">2026-09-28T11:12:00Z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0x0101003451EB4B98104B4F8E6330B3699084F5</vt:lpwstr>
  </property>
  <property fmtid="{D5CDD505-2E9C-101B-9397-08002B2CF9AE}" pid="3" name="MediaServiceImageTags">
    <vt:lpwstr/>
  </property>
</Properties>
</file>